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46D6D" w14:textId="77777777" w:rsidR="00006A01" w:rsidRPr="00204CB0" w:rsidRDefault="00000000" w:rsidP="0021183F">
      <w:pPr>
        <w:spacing w:after="60"/>
        <w:jc w:val="center"/>
        <w:rPr>
          <w:sz w:val="24"/>
          <w:szCs w:val="28"/>
          <w:lang w:val="it-IT"/>
        </w:rPr>
      </w:pPr>
      <w:r w:rsidRPr="00204CB0">
        <w:rPr>
          <w:rFonts w:eastAsia="Arial"/>
          <w:b/>
          <w:color w:val="2E7D32"/>
          <w:sz w:val="22"/>
          <w:szCs w:val="28"/>
          <w:lang w:val="it-IT"/>
        </w:rPr>
        <w:t>VENETO GREEN CLUSTER</w:t>
      </w:r>
    </w:p>
    <w:p w14:paraId="78E6CE5A" w14:textId="77777777" w:rsidR="00006A01" w:rsidRPr="0021183F" w:rsidRDefault="00000000" w:rsidP="0021183F">
      <w:pPr>
        <w:spacing w:after="40"/>
        <w:jc w:val="center"/>
        <w:rPr>
          <w:lang w:val="it-IT"/>
        </w:rPr>
      </w:pPr>
      <w:r w:rsidRPr="0021183F">
        <w:rPr>
          <w:rFonts w:eastAsia="Arial"/>
          <w:b/>
          <w:color w:val="183A1D"/>
          <w:sz w:val="38"/>
          <w:lang w:val="it-IT"/>
        </w:rPr>
        <w:t>DOMANDA DI CANDIDATURA</w:t>
      </w:r>
    </w:p>
    <w:p w14:paraId="49875824" w14:textId="77777777" w:rsidR="00006A01" w:rsidRPr="00204CB0" w:rsidRDefault="00000000" w:rsidP="0021183F">
      <w:pPr>
        <w:spacing w:after="200"/>
        <w:jc w:val="center"/>
        <w:rPr>
          <w:rFonts w:eastAsia="Arial"/>
          <w:i/>
          <w:color w:val="5A5A5A"/>
          <w:sz w:val="22"/>
          <w:szCs w:val="24"/>
          <w:lang w:val="it-IT"/>
        </w:rPr>
      </w:pPr>
      <w:r w:rsidRPr="00204CB0">
        <w:rPr>
          <w:rFonts w:eastAsia="Arial"/>
          <w:i/>
          <w:color w:val="5A5A5A"/>
          <w:sz w:val="22"/>
          <w:szCs w:val="24"/>
          <w:lang w:val="it-IT"/>
        </w:rPr>
        <w:t xml:space="preserve">VGC </w:t>
      </w:r>
      <w:proofErr w:type="spellStart"/>
      <w:r w:rsidRPr="00204CB0">
        <w:rPr>
          <w:rFonts w:eastAsia="Arial"/>
          <w:i/>
          <w:color w:val="5A5A5A"/>
          <w:sz w:val="22"/>
          <w:szCs w:val="24"/>
          <w:lang w:val="it-IT"/>
        </w:rPr>
        <w:t>Circular</w:t>
      </w:r>
      <w:proofErr w:type="spellEnd"/>
      <w:r w:rsidRPr="00204CB0">
        <w:rPr>
          <w:rFonts w:eastAsia="Arial"/>
          <w:i/>
          <w:color w:val="5A5A5A"/>
          <w:sz w:val="22"/>
          <w:szCs w:val="24"/>
          <w:lang w:val="it-IT"/>
        </w:rPr>
        <w:t xml:space="preserve"> Innovation Award 2026 - Le idee che cambiano il Veneto vanno in onda</w:t>
      </w:r>
    </w:p>
    <w:p w14:paraId="4F714990" w14:textId="1AE6C0FE" w:rsidR="00204CB0" w:rsidRDefault="00204CB0" w:rsidP="0021183F">
      <w:pPr>
        <w:spacing w:after="200"/>
        <w:jc w:val="center"/>
        <w:rPr>
          <w:rFonts w:eastAsia="Arial"/>
          <w:i/>
          <w:color w:val="5A5A5A"/>
          <w:lang w:val="it-IT"/>
        </w:rPr>
      </w:pPr>
    </w:p>
    <w:p w14:paraId="2246BE4F" w14:textId="50117355" w:rsidR="00F87087" w:rsidRPr="00204CB0" w:rsidRDefault="00F87087" w:rsidP="00F87087">
      <w:pPr>
        <w:jc w:val="both"/>
        <w:rPr>
          <w:rFonts w:eastAsia="Times New Roman"/>
          <w:i/>
          <w:iCs/>
          <w:sz w:val="20"/>
          <w:szCs w:val="20"/>
          <w:lang w:val="it-IT"/>
        </w:rPr>
      </w:pPr>
      <w:r w:rsidRPr="00204CB0">
        <w:rPr>
          <w:i/>
          <w:iCs/>
          <w:sz w:val="20"/>
          <w:szCs w:val="20"/>
          <w:lang w:val="it-IT"/>
        </w:rPr>
        <w:t xml:space="preserve">La presente Domanda dovrà essere inviata tramite email al seguente indirizzo: </w:t>
      </w:r>
      <w:r w:rsidRPr="00204CB0">
        <w:rPr>
          <w:b/>
          <w:bCs/>
          <w:i/>
          <w:iCs/>
          <w:color w:val="365F91" w:themeColor="accent1" w:themeShade="BF"/>
          <w:sz w:val="20"/>
          <w:szCs w:val="20"/>
          <w:lang w:val="it-IT"/>
        </w:rPr>
        <w:t>venetogreencluster@greentechitaly.com</w:t>
      </w:r>
      <w:r w:rsidRPr="00204CB0">
        <w:rPr>
          <w:b/>
          <w:bCs/>
          <w:i/>
          <w:iCs/>
          <w:sz w:val="20"/>
          <w:szCs w:val="20"/>
          <w:lang w:val="it-IT"/>
        </w:rPr>
        <w:t xml:space="preserve">, </w:t>
      </w:r>
      <w:r w:rsidRPr="00204CB0">
        <w:rPr>
          <w:i/>
          <w:iCs/>
          <w:sz w:val="20"/>
          <w:szCs w:val="20"/>
          <w:lang w:val="it-IT"/>
        </w:rPr>
        <w:t xml:space="preserve">allegando la </w:t>
      </w:r>
      <w:r w:rsidRPr="00204CB0">
        <w:rPr>
          <w:rFonts w:eastAsia="Times New Roman"/>
          <w:i/>
          <w:iCs/>
          <w:sz w:val="20"/>
          <w:szCs w:val="20"/>
          <w:lang w:val="it-IT"/>
        </w:rPr>
        <w:t>LIBERATORIA PER LA PARTECIPAZIONE TELEVISIVA</w:t>
      </w:r>
      <w:r w:rsidR="00204CB0">
        <w:rPr>
          <w:rFonts w:eastAsia="Times New Roman"/>
          <w:i/>
          <w:iCs/>
          <w:sz w:val="20"/>
          <w:szCs w:val="20"/>
          <w:lang w:val="it-IT"/>
        </w:rPr>
        <w:t>.</w:t>
      </w:r>
    </w:p>
    <w:p w14:paraId="2EDAE902" w14:textId="77777777" w:rsidR="00F87087" w:rsidRDefault="00F87087" w:rsidP="0021183F">
      <w:pPr>
        <w:spacing w:after="200"/>
        <w:jc w:val="center"/>
        <w:rPr>
          <w:lang w:val="it-IT"/>
        </w:rPr>
      </w:pPr>
    </w:p>
    <w:p w14:paraId="6224446F" w14:textId="2925DF87" w:rsidR="00D50EC3" w:rsidRDefault="00D50EC3" w:rsidP="0021183F">
      <w:pPr>
        <w:spacing w:after="200"/>
        <w:jc w:val="center"/>
        <w:rPr>
          <w:lang w:val="it-IT"/>
        </w:rPr>
      </w:pPr>
    </w:p>
    <w:p w14:paraId="67DB6180" w14:textId="77777777" w:rsidR="00D50EC3" w:rsidRPr="0021183F" w:rsidRDefault="00D50EC3" w:rsidP="0021183F">
      <w:pPr>
        <w:spacing w:after="200"/>
        <w:jc w:val="center"/>
        <w:rPr>
          <w:lang w:val="it-IT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006A01" w:rsidRPr="00D50EC3" w14:paraId="782645AC" w14:textId="77777777">
        <w:trPr>
          <w:jc w:val="center"/>
        </w:trPr>
        <w:tc>
          <w:tcPr>
            <w:tcW w:w="10224" w:type="dxa"/>
            <w:tcBorders>
              <w:top w:val="single" w:sz="6" w:space="0" w:color="D7E8D7"/>
              <w:left w:val="single" w:sz="6" w:space="0" w:color="D7E8D7"/>
              <w:bottom w:val="single" w:sz="6" w:space="0" w:color="D7E8D7"/>
              <w:right w:val="single" w:sz="6" w:space="0" w:color="D7E8D7"/>
            </w:tcBorders>
            <w:shd w:val="clear" w:color="auto" w:fill="F6FAF6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684D4A3F" w14:textId="77777777" w:rsidR="00006A01" w:rsidRPr="0021183F" w:rsidRDefault="00000000">
            <w:pPr>
              <w:spacing w:after="0"/>
              <w:rPr>
                <w:lang w:val="it-IT"/>
              </w:rPr>
            </w:pPr>
            <w:r w:rsidRPr="0021183F">
              <w:rPr>
                <w:rFonts w:eastAsia="Arial"/>
                <w:b/>
                <w:color w:val="183A1D"/>
                <w:sz w:val="19"/>
                <w:lang w:val="it-IT"/>
              </w:rPr>
              <w:t>Indicazioni per la compilazione</w:t>
            </w:r>
            <w:r w:rsidRPr="0021183F">
              <w:rPr>
                <w:rFonts w:eastAsia="Arial"/>
                <w:b/>
                <w:color w:val="183A1D"/>
                <w:sz w:val="19"/>
                <w:lang w:val="it-IT"/>
              </w:rPr>
              <w:br/>
            </w:r>
            <w:r w:rsidRPr="0021183F">
              <w:rPr>
                <w:rFonts w:eastAsia="Arial"/>
                <w:color w:val="5A5A5A"/>
                <w:sz w:val="18"/>
                <w:lang w:val="it-IT"/>
              </w:rPr>
              <w:t>La domanda deve essere sottoscritta dal legale rappresentante o da un soggetto formalmente autorizzato. I campi possono essere ampliati in fase di compilazione. La partecipazione è gratuita.</w:t>
            </w:r>
          </w:p>
        </w:tc>
      </w:tr>
    </w:tbl>
    <w:p w14:paraId="6F4BE22D" w14:textId="77777777" w:rsidR="00006A01" w:rsidRPr="0021183F" w:rsidRDefault="00006A01">
      <w:pPr>
        <w:spacing w:after="20"/>
        <w:rPr>
          <w:lang w:val="it-IT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006A01" w:rsidRPr="00D50EC3" w14:paraId="61729EB3" w14:textId="77777777">
        <w:trPr>
          <w:jc w:val="center"/>
        </w:trPr>
        <w:tc>
          <w:tcPr>
            <w:tcW w:w="10224" w:type="dxa"/>
            <w:tcBorders>
              <w:top w:val="single" w:sz="5" w:space="0" w:color="D7E8D7"/>
              <w:left w:val="single" w:sz="5" w:space="0" w:color="D7E8D7"/>
              <w:bottom w:val="single" w:sz="5" w:space="0" w:color="D7E8D7"/>
              <w:right w:val="single" w:sz="5" w:space="0" w:color="D7E8D7"/>
            </w:tcBorders>
            <w:shd w:val="clear" w:color="auto" w:fill="EAF4EA"/>
            <w:tcMar>
              <w:top w:w="85" w:type="dxa"/>
              <w:left w:w="130" w:type="dxa"/>
              <w:bottom w:w="85" w:type="dxa"/>
              <w:right w:w="130" w:type="dxa"/>
            </w:tcMar>
          </w:tcPr>
          <w:p w14:paraId="4D30BA94" w14:textId="77777777" w:rsidR="00006A01" w:rsidRPr="0021183F" w:rsidRDefault="00000000">
            <w:pPr>
              <w:spacing w:after="0"/>
              <w:rPr>
                <w:lang w:val="it-IT"/>
              </w:rPr>
            </w:pPr>
            <w:r w:rsidRPr="0021183F">
              <w:rPr>
                <w:rFonts w:eastAsia="Arial"/>
                <w:b/>
                <w:color w:val="183A1D"/>
                <w:sz w:val="23"/>
                <w:lang w:val="it-IT"/>
              </w:rPr>
              <w:t>A. DATI DEL SOGGETTO CANDIDATO</w:t>
            </w:r>
          </w:p>
        </w:tc>
      </w:tr>
    </w:tbl>
    <w:p w14:paraId="053F1831" w14:textId="77777777" w:rsidR="00006A01" w:rsidRPr="0021183F" w:rsidRDefault="00006A01">
      <w:pPr>
        <w:spacing w:after="20"/>
        <w:rPr>
          <w:lang w:val="it-IT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6768"/>
      </w:tblGrid>
      <w:tr w:rsidR="00006A01" w14:paraId="164A4856" w14:textId="77777777">
        <w:trPr>
          <w:jc w:val="center"/>
        </w:trPr>
        <w:tc>
          <w:tcPr>
            <w:tcW w:w="31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shd w:val="clear" w:color="auto" w:fill="F6FA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08FB723" w14:textId="77777777" w:rsidR="00006A01" w:rsidRDefault="00000000">
            <w:pPr>
              <w:spacing w:after="0"/>
            </w:pPr>
            <w:proofErr w:type="spellStart"/>
            <w:r>
              <w:rPr>
                <w:rFonts w:eastAsia="Arial"/>
                <w:b/>
                <w:color w:val="183A1D"/>
                <w:sz w:val="19"/>
              </w:rPr>
              <w:t>Denominazione</w:t>
            </w:r>
            <w:proofErr w:type="spellEnd"/>
            <w:r>
              <w:rPr>
                <w:rFonts w:eastAsia="Arial"/>
                <w:b/>
                <w:color w:val="183A1D"/>
                <w:sz w:val="19"/>
              </w:rPr>
              <w:t xml:space="preserve"> / </w:t>
            </w:r>
            <w:proofErr w:type="spellStart"/>
            <w:r>
              <w:rPr>
                <w:rFonts w:eastAsia="Arial"/>
                <w:b/>
                <w:color w:val="183A1D"/>
                <w:sz w:val="19"/>
              </w:rPr>
              <w:t>Ragione</w:t>
            </w:r>
            <w:proofErr w:type="spellEnd"/>
            <w:r>
              <w:rPr>
                <w:rFonts w:eastAsia="Arial"/>
                <w:b/>
                <w:color w:val="183A1D"/>
                <w:sz w:val="19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183A1D"/>
                <w:sz w:val="19"/>
              </w:rPr>
              <w:t>sociale</w:t>
            </w:r>
            <w:proofErr w:type="spellEnd"/>
          </w:p>
        </w:tc>
        <w:tc>
          <w:tcPr>
            <w:tcW w:w="67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471A16B" w14:textId="77777777" w:rsidR="00006A01" w:rsidRDefault="00000000">
            <w:pPr>
              <w:spacing w:after="0"/>
            </w:pPr>
            <w:r>
              <w:rPr>
                <w:rFonts w:eastAsia="Arial"/>
                <w:color w:val="5A5A5A"/>
                <w:sz w:val="20"/>
              </w:rPr>
              <w:t>______________________________________________</w:t>
            </w:r>
          </w:p>
        </w:tc>
      </w:tr>
      <w:tr w:rsidR="00006A01" w14:paraId="46678AE4" w14:textId="77777777">
        <w:trPr>
          <w:jc w:val="center"/>
        </w:trPr>
        <w:tc>
          <w:tcPr>
            <w:tcW w:w="31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shd w:val="clear" w:color="auto" w:fill="F6FA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AC5C324" w14:textId="77777777" w:rsidR="00006A01" w:rsidRDefault="00000000">
            <w:pPr>
              <w:spacing w:after="0"/>
            </w:pPr>
            <w:r>
              <w:rPr>
                <w:rFonts w:eastAsia="Arial"/>
                <w:b/>
                <w:color w:val="183A1D"/>
                <w:sz w:val="19"/>
              </w:rPr>
              <w:t>Codice fiscale / Partita IVA</w:t>
            </w:r>
          </w:p>
        </w:tc>
        <w:tc>
          <w:tcPr>
            <w:tcW w:w="67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FDC02E2" w14:textId="77777777" w:rsidR="00006A01" w:rsidRDefault="00000000">
            <w:pPr>
              <w:spacing w:after="0"/>
            </w:pPr>
            <w:r>
              <w:rPr>
                <w:rFonts w:eastAsia="Arial"/>
                <w:color w:val="5A5A5A"/>
                <w:sz w:val="20"/>
              </w:rPr>
              <w:t>______________________________________________</w:t>
            </w:r>
          </w:p>
        </w:tc>
      </w:tr>
      <w:tr w:rsidR="00006A01" w14:paraId="071E10D5" w14:textId="77777777">
        <w:trPr>
          <w:jc w:val="center"/>
        </w:trPr>
        <w:tc>
          <w:tcPr>
            <w:tcW w:w="31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shd w:val="clear" w:color="auto" w:fill="F6FA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D483129" w14:textId="77777777" w:rsidR="00006A01" w:rsidRDefault="00000000">
            <w:pPr>
              <w:spacing w:after="0"/>
            </w:pPr>
            <w:r>
              <w:rPr>
                <w:rFonts w:eastAsia="Arial"/>
                <w:b/>
                <w:color w:val="183A1D"/>
                <w:sz w:val="19"/>
              </w:rPr>
              <w:t>Sede legale</w:t>
            </w:r>
          </w:p>
        </w:tc>
        <w:tc>
          <w:tcPr>
            <w:tcW w:w="67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592ADB0" w14:textId="77777777" w:rsidR="00006A01" w:rsidRDefault="00000000">
            <w:pPr>
              <w:spacing w:after="0"/>
            </w:pPr>
            <w:r>
              <w:rPr>
                <w:rFonts w:eastAsia="Arial"/>
                <w:color w:val="5A5A5A"/>
                <w:sz w:val="20"/>
              </w:rPr>
              <w:t>______________________________________________</w:t>
            </w:r>
          </w:p>
        </w:tc>
      </w:tr>
      <w:tr w:rsidR="00006A01" w14:paraId="70B3EC36" w14:textId="77777777">
        <w:trPr>
          <w:jc w:val="center"/>
        </w:trPr>
        <w:tc>
          <w:tcPr>
            <w:tcW w:w="31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shd w:val="clear" w:color="auto" w:fill="F6FA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7787154" w14:textId="77777777" w:rsidR="00006A01" w:rsidRDefault="00000000">
            <w:pPr>
              <w:spacing w:after="0"/>
            </w:pPr>
            <w:r>
              <w:rPr>
                <w:rFonts w:eastAsia="Arial"/>
                <w:b/>
                <w:color w:val="183A1D"/>
                <w:sz w:val="19"/>
              </w:rPr>
              <w:t>Sito web</w:t>
            </w:r>
          </w:p>
        </w:tc>
        <w:tc>
          <w:tcPr>
            <w:tcW w:w="67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2A074F6" w14:textId="77777777" w:rsidR="00006A01" w:rsidRDefault="00000000">
            <w:pPr>
              <w:spacing w:after="0"/>
            </w:pPr>
            <w:r>
              <w:rPr>
                <w:rFonts w:eastAsia="Arial"/>
                <w:color w:val="5A5A5A"/>
                <w:sz w:val="20"/>
              </w:rPr>
              <w:t>______________________________________________</w:t>
            </w:r>
          </w:p>
        </w:tc>
      </w:tr>
      <w:tr w:rsidR="00006A01" w:rsidRPr="00D50EC3" w14:paraId="224EE989" w14:textId="77777777">
        <w:trPr>
          <w:jc w:val="center"/>
        </w:trPr>
        <w:tc>
          <w:tcPr>
            <w:tcW w:w="31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shd w:val="clear" w:color="auto" w:fill="F6FA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79D492" w14:textId="77777777" w:rsidR="00006A01" w:rsidRDefault="00000000">
            <w:pPr>
              <w:spacing w:after="0"/>
            </w:pPr>
            <w:r>
              <w:rPr>
                <w:rFonts w:eastAsia="Arial"/>
                <w:b/>
                <w:color w:val="183A1D"/>
                <w:sz w:val="19"/>
              </w:rPr>
              <w:t>Aderente alla RIR VGC</w:t>
            </w:r>
          </w:p>
        </w:tc>
        <w:tc>
          <w:tcPr>
            <w:tcW w:w="67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9DCAFBD" w14:textId="53E8EB17" w:rsidR="00006A01" w:rsidRPr="001256D9" w:rsidRDefault="0021183F">
            <w:pPr>
              <w:spacing w:after="0"/>
              <w:rPr>
                <w:lang w:val="it-IT"/>
              </w:rPr>
            </w:pPr>
            <w:r w:rsidRPr="0021183F">
              <w:rPr>
                <w:rFonts w:eastAsia="Arial" w:cs="Arial"/>
                <w:b/>
                <w:bCs/>
                <w:i/>
                <w:iCs/>
                <w:color w:val="5A5A5A"/>
                <w:sz w:val="20"/>
              </w:rPr>
              <w:t>Ѵ</w:t>
            </w:r>
            <w:r w:rsidRPr="001256D9">
              <w:rPr>
                <w:rFonts w:eastAsia="Arial" w:cs="Arial"/>
                <w:color w:val="5A5A5A"/>
                <w:sz w:val="20"/>
                <w:lang w:val="it-IT"/>
              </w:rPr>
              <w:t xml:space="preserve"> </w:t>
            </w:r>
            <w:r w:rsidRPr="001256D9">
              <w:rPr>
                <w:rFonts w:eastAsia="Arial"/>
                <w:color w:val="5A5A5A"/>
                <w:sz w:val="20"/>
                <w:lang w:val="it-IT"/>
              </w:rPr>
              <w:t xml:space="preserve">Sì    </w:t>
            </w:r>
            <w:r w:rsidR="001256D9" w:rsidRPr="001256D9">
              <w:rPr>
                <w:rFonts w:eastAsia="Arial"/>
                <w:i/>
                <w:color w:val="5A5A5A"/>
                <w:sz w:val="18"/>
                <w:lang w:val="it-IT"/>
              </w:rPr>
              <w:t>(obbligatorio da Regolamento)</w:t>
            </w:r>
          </w:p>
        </w:tc>
      </w:tr>
      <w:tr w:rsidR="00006A01" w14:paraId="180EBADB" w14:textId="77777777">
        <w:trPr>
          <w:jc w:val="center"/>
        </w:trPr>
        <w:tc>
          <w:tcPr>
            <w:tcW w:w="31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shd w:val="clear" w:color="auto" w:fill="F6FA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861FA9F" w14:textId="77777777" w:rsidR="00006A01" w:rsidRDefault="00000000">
            <w:pPr>
              <w:spacing w:after="0"/>
            </w:pPr>
            <w:proofErr w:type="spellStart"/>
            <w:r>
              <w:rPr>
                <w:rFonts w:eastAsia="Arial"/>
                <w:b/>
                <w:color w:val="183A1D"/>
                <w:sz w:val="19"/>
              </w:rPr>
              <w:t>Legale</w:t>
            </w:r>
            <w:proofErr w:type="spellEnd"/>
            <w:r>
              <w:rPr>
                <w:rFonts w:eastAsia="Arial"/>
                <w:b/>
                <w:color w:val="183A1D"/>
                <w:sz w:val="19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183A1D"/>
                <w:sz w:val="19"/>
              </w:rPr>
              <w:t>rappresentante</w:t>
            </w:r>
            <w:proofErr w:type="spellEnd"/>
          </w:p>
        </w:tc>
        <w:tc>
          <w:tcPr>
            <w:tcW w:w="67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1D87508" w14:textId="77777777" w:rsidR="00006A01" w:rsidRDefault="00000000">
            <w:pPr>
              <w:spacing w:after="0"/>
            </w:pPr>
            <w:r>
              <w:rPr>
                <w:rFonts w:eastAsia="Arial"/>
                <w:color w:val="5A5A5A"/>
                <w:sz w:val="20"/>
              </w:rPr>
              <w:t>Nome e cognome: _____________________________________________</w:t>
            </w:r>
          </w:p>
        </w:tc>
      </w:tr>
      <w:tr w:rsidR="00006A01" w14:paraId="255B3C4A" w14:textId="77777777">
        <w:trPr>
          <w:jc w:val="center"/>
        </w:trPr>
        <w:tc>
          <w:tcPr>
            <w:tcW w:w="31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shd w:val="clear" w:color="auto" w:fill="F6FA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231C48" w14:textId="77777777" w:rsidR="00006A01" w:rsidRDefault="00000000">
            <w:pPr>
              <w:spacing w:after="0"/>
            </w:pPr>
            <w:r>
              <w:rPr>
                <w:rFonts w:eastAsia="Arial"/>
                <w:b/>
                <w:color w:val="183A1D"/>
                <w:sz w:val="19"/>
              </w:rPr>
              <w:t>Referente per la candidatura</w:t>
            </w:r>
          </w:p>
        </w:tc>
        <w:tc>
          <w:tcPr>
            <w:tcW w:w="67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600BCE3" w14:textId="77777777" w:rsidR="00006A01" w:rsidRDefault="00000000">
            <w:pPr>
              <w:spacing w:after="0"/>
            </w:pPr>
            <w:r>
              <w:rPr>
                <w:rFonts w:eastAsia="Arial"/>
                <w:color w:val="5A5A5A"/>
                <w:sz w:val="20"/>
              </w:rPr>
              <w:t>Nome e cognome: _____________________________________________</w:t>
            </w:r>
          </w:p>
        </w:tc>
      </w:tr>
      <w:tr w:rsidR="00006A01" w14:paraId="67D72FC9" w14:textId="77777777">
        <w:trPr>
          <w:jc w:val="center"/>
        </w:trPr>
        <w:tc>
          <w:tcPr>
            <w:tcW w:w="31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shd w:val="clear" w:color="auto" w:fill="F6FA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824A4F8" w14:textId="77777777" w:rsidR="00006A01" w:rsidRDefault="00000000">
            <w:pPr>
              <w:spacing w:after="0"/>
            </w:pPr>
            <w:r>
              <w:rPr>
                <w:rFonts w:eastAsia="Arial"/>
                <w:b/>
                <w:color w:val="183A1D"/>
                <w:sz w:val="19"/>
              </w:rPr>
              <w:t>Ruolo / funzione</w:t>
            </w:r>
          </w:p>
        </w:tc>
        <w:tc>
          <w:tcPr>
            <w:tcW w:w="67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0D99FDF" w14:textId="77777777" w:rsidR="00006A01" w:rsidRDefault="00000000">
            <w:pPr>
              <w:spacing w:after="0"/>
            </w:pPr>
            <w:r>
              <w:rPr>
                <w:rFonts w:eastAsia="Arial"/>
                <w:color w:val="5A5A5A"/>
                <w:sz w:val="20"/>
              </w:rPr>
              <w:t>______________________________________________</w:t>
            </w:r>
          </w:p>
        </w:tc>
      </w:tr>
      <w:tr w:rsidR="00006A01" w14:paraId="6A13AEEE" w14:textId="77777777">
        <w:trPr>
          <w:jc w:val="center"/>
        </w:trPr>
        <w:tc>
          <w:tcPr>
            <w:tcW w:w="31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shd w:val="clear" w:color="auto" w:fill="F6FA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55122F0" w14:textId="77777777" w:rsidR="00006A01" w:rsidRDefault="00000000">
            <w:pPr>
              <w:spacing w:after="0"/>
            </w:pPr>
            <w:r>
              <w:rPr>
                <w:rFonts w:eastAsia="Arial"/>
                <w:b/>
                <w:color w:val="183A1D"/>
                <w:sz w:val="19"/>
              </w:rPr>
              <w:t>E-mail</w:t>
            </w:r>
          </w:p>
        </w:tc>
        <w:tc>
          <w:tcPr>
            <w:tcW w:w="67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4B620C3" w14:textId="77777777" w:rsidR="00006A01" w:rsidRDefault="00000000">
            <w:pPr>
              <w:spacing w:after="0"/>
            </w:pPr>
            <w:r>
              <w:rPr>
                <w:rFonts w:eastAsia="Arial"/>
                <w:color w:val="5A5A5A"/>
                <w:sz w:val="20"/>
              </w:rPr>
              <w:t>______________________________________________</w:t>
            </w:r>
          </w:p>
        </w:tc>
      </w:tr>
      <w:tr w:rsidR="00006A01" w14:paraId="14A9FEDD" w14:textId="77777777">
        <w:trPr>
          <w:jc w:val="center"/>
        </w:trPr>
        <w:tc>
          <w:tcPr>
            <w:tcW w:w="31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shd w:val="clear" w:color="auto" w:fill="F6FA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02AD55A" w14:textId="77777777" w:rsidR="00006A01" w:rsidRDefault="00000000">
            <w:pPr>
              <w:spacing w:after="0"/>
            </w:pPr>
            <w:r>
              <w:rPr>
                <w:rFonts w:eastAsia="Arial"/>
                <w:b/>
                <w:color w:val="183A1D"/>
                <w:sz w:val="19"/>
              </w:rPr>
              <w:t>Telefono</w:t>
            </w:r>
          </w:p>
        </w:tc>
        <w:tc>
          <w:tcPr>
            <w:tcW w:w="67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6479EF5" w14:textId="77777777" w:rsidR="00006A01" w:rsidRDefault="00000000">
            <w:pPr>
              <w:spacing w:after="0"/>
            </w:pPr>
            <w:r>
              <w:rPr>
                <w:rFonts w:eastAsia="Arial"/>
                <w:color w:val="5A5A5A"/>
                <w:sz w:val="20"/>
              </w:rPr>
              <w:t>______________________________________________</w:t>
            </w:r>
          </w:p>
        </w:tc>
      </w:tr>
    </w:tbl>
    <w:p w14:paraId="58A3204D" w14:textId="77777777" w:rsidR="00006A01" w:rsidRDefault="00006A01">
      <w:pPr>
        <w:spacing w:after="20"/>
      </w:pPr>
    </w:p>
    <w:p w14:paraId="051B16C6" w14:textId="77777777" w:rsidR="00006A01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006A01" w:rsidRPr="00D50EC3" w14:paraId="2DA1C187" w14:textId="77777777">
        <w:trPr>
          <w:jc w:val="center"/>
        </w:trPr>
        <w:tc>
          <w:tcPr>
            <w:tcW w:w="10224" w:type="dxa"/>
            <w:tcBorders>
              <w:top w:val="single" w:sz="5" w:space="0" w:color="D7E8D7"/>
              <w:left w:val="single" w:sz="5" w:space="0" w:color="D7E8D7"/>
              <w:bottom w:val="single" w:sz="5" w:space="0" w:color="D7E8D7"/>
              <w:right w:val="single" w:sz="5" w:space="0" w:color="D7E8D7"/>
            </w:tcBorders>
            <w:shd w:val="clear" w:color="auto" w:fill="EAF4EA"/>
            <w:tcMar>
              <w:top w:w="85" w:type="dxa"/>
              <w:left w:w="130" w:type="dxa"/>
              <w:bottom w:w="85" w:type="dxa"/>
              <w:right w:w="130" w:type="dxa"/>
            </w:tcMar>
          </w:tcPr>
          <w:p w14:paraId="7B455383" w14:textId="77777777" w:rsidR="00006A01" w:rsidRPr="0021183F" w:rsidRDefault="00000000">
            <w:pPr>
              <w:spacing w:after="0"/>
              <w:rPr>
                <w:lang w:val="it-IT"/>
              </w:rPr>
            </w:pPr>
            <w:r w:rsidRPr="0021183F">
              <w:rPr>
                <w:rFonts w:eastAsia="Arial"/>
                <w:b/>
                <w:color w:val="183A1D"/>
                <w:sz w:val="23"/>
                <w:lang w:val="it-IT"/>
              </w:rPr>
              <w:lastRenderedPageBreak/>
              <w:t>B. DATI ESSENZIALI DEL PROGETTO</w:t>
            </w:r>
          </w:p>
        </w:tc>
      </w:tr>
    </w:tbl>
    <w:p w14:paraId="318A121D" w14:textId="77777777" w:rsidR="00006A01" w:rsidRPr="0021183F" w:rsidRDefault="00006A01">
      <w:pPr>
        <w:spacing w:after="20"/>
        <w:rPr>
          <w:lang w:val="it-IT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6768"/>
      </w:tblGrid>
      <w:tr w:rsidR="00006A01" w14:paraId="03B9EF0C" w14:textId="77777777">
        <w:trPr>
          <w:jc w:val="center"/>
        </w:trPr>
        <w:tc>
          <w:tcPr>
            <w:tcW w:w="31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shd w:val="clear" w:color="auto" w:fill="F6FA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E5B39C" w14:textId="77777777" w:rsidR="00006A01" w:rsidRDefault="00000000">
            <w:pPr>
              <w:spacing w:after="0"/>
            </w:pPr>
            <w:proofErr w:type="spellStart"/>
            <w:r>
              <w:rPr>
                <w:rFonts w:eastAsia="Arial"/>
                <w:b/>
                <w:color w:val="183A1D"/>
                <w:sz w:val="19"/>
              </w:rPr>
              <w:t>Titolo</w:t>
            </w:r>
            <w:proofErr w:type="spellEnd"/>
            <w:r>
              <w:rPr>
                <w:rFonts w:eastAsia="Arial"/>
                <w:b/>
                <w:color w:val="183A1D"/>
                <w:sz w:val="19"/>
              </w:rPr>
              <w:t xml:space="preserve"> del </w:t>
            </w:r>
            <w:proofErr w:type="spellStart"/>
            <w:r>
              <w:rPr>
                <w:rFonts w:eastAsia="Arial"/>
                <w:b/>
                <w:color w:val="183A1D"/>
                <w:sz w:val="19"/>
              </w:rPr>
              <w:t>progetto</w:t>
            </w:r>
            <w:proofErr w:type="spellEnd"/>
          </w:p>
        </w:tc>
        <w:tc>
          <w:tcPr>
            <w:tcW w:w="67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F282FAE" w14:textId="77777777" w:rsidR="00006A01" w:rsidRDefault="00000000">
            <w:pPr>
              <w:spacing w:after="0"/>
            </w:pPr>
            <w:r>
              <w:rPr>
                <w:rFonts w:eastAsia="Arial"/>
                <w:color w:val="5A5A5A"/>
                <w:sz w:val="20"/>
              </w:rPr>
              <w:t>______________________________________________</w:t>
            </w:r>
          </w:p>
        </w:tc>
      </w:tr>
      <w:tr w:rsidR="00006A01" w14:paraId="72E545D3" w14:textId="77777777">
        <w:trPr>
          <w:jc w:val="center"/>
        </w:trPr>
        <w:tc>
          <w:tcPr>
            <w:tcW w:w="31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shd w:val="clear" w:color="auto" w:fill="F6FA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F1441C1" w14:textId="77777777" w:rsidR="00006A01" w:rsidRDefault="00000000">
            <w:pPr>
              <w:spacing w:after="0"/>
            </w:pPr>
            <w:r>
              <w:rPr>
                <w:rFonts w:eastAsia="Arial"/>
                <w:b/>
                <w:color w:val="183A1D"/>
                <w:sz w:val="19"/>
              </w:rPr>
              <w:t>Periodo di realizzazione</w:t>
            </w:r>
          </w:p>
        </w:tc>
        <w:tc>
          <w:tcPr>
            <w:tcW w:w="67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72B4AE7" w14:textId="77777777" w:rsidR="00006A01" w:rsidRDefault="00000000">
            <w:pPr>
              <w:spacing w:after="0"/>
            </w:pPr>
            <w:r>
              <w:rPr>
                <w:rFonts w:eastAsia="Arial"/>
                <w:color w:val="5A5A5A"/>
                <w:sz w:val="20"/>
              </w:rPr>
              <w:t>Dal __________________________ al __________________________</w:t>
            </w:r>
          </w:p>
        </w:tc>
      </w:tr>
      <w:tr w:rsidR="00006A01" w:rsidRPr="00D50EC3" w14:paraId="68623674" w14:textId="77777777">
        <w:trPr>
          <w:jc w:val="center"/>
        </w:trPr>
        <w:tc>
          <w:tcPr>
            <w:tcW w:w="31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shd w:val="clear" w:color="auto" w:fill="F6FA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0B49B8C" w14:textId="77777777" w:rsidR="00006A01" w:rsidRDefault="00000000">
            <w:pPr>
              <w:spacing w:after="0"/>
            </w:pPr>
            <w:r>
              <w:rPr>
                <w:rFonts w:eastAsia="Arial"/>
                <w:b/>
                <w:color w:val="183A1D"/>
                <w:sz w:val="19"/>
              </w:rPr>
              <w:t>Stato del progetto</w:t>
            </w:r>
          </w:p>
        </w:tc>
        <w:tc>
          <w:tcPr>
            <w:tcW w:w="67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C03948" w14:textId="77777777" w:rsidR="00006A01" w:rsidRPr="0021183F" w:rsidRDefault="00000000">
            <w:pPr>
              <w:spacing w:after="0"/>
              <w:rPr>
                <w:lang w:val="it-IT"/>
              </w:rPr>
            </w:pPr>
            <w:r w:rsidRPr="0021183F">
              <w:rPr>
                <w:rFonts w:eastAsia="Arial"/>
                <w:color w:val="5A5A5A"/>
                <w:sz w:val="20"/>
                <w:lang w:val="it-IT"/>
              </w:rPr>
              <w:t>□ Concluso    □ In corso    □ In fase di dimostrazione / scaling</w:t>
            </w:r>
          </w:p>
        </w:tc>
      </w:tr>
      <w:tr w:rsidR="00006A01" w14:paraId="1360C31C" w14:textId="77777777">
        <w:trPr>
          <w:jc w:val="center"/>
        </w:trPr>
        <w:tc>
          <w:tcPr>
            <w:tcW w:w="31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shd w:val="clear" w:color="auto" w:fill="F6FA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ACFDBEE" w14:textId="77777777" w:rsidR="00006A01" w:rsidRDefault="00000000">
            <w:pPr>
              <w:spacing w:after="0"/>
            </w:pPr>
            <w:r>
              <w:rPr>
                <w:rFonts w:eastAsia="Arial"/>
                <w:b/>
                <w:color w:val="183A1D"/>
                <w:sz w:val="19"/>
              </w:rPr>
              <w:t xml:space="preserve">Partner </w:t>
            </w:r>
            <w:proofErr w:type="spellStart"/>
            <w:r>
              <w:rPr>
                <w:rFonts w:eastAsia="Arial"/>
                <w:b/>
                <w:color w:val="183A1D"/>
                <w:sz w:val="19"/>
              </w:rPr>
              <w:t>coinvolti</w:t>
            </w:r>
            <w:proofErr w:type="spellEnd"/>
          </w:p>
        </w:tc>
        <w:tc>
          <w:tcPr>
            <w:tcW w:w="67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335007E" w14:textId="77777777" w:rsidR="00006A01" w:rsidRDefault="00000000">
            <w:pPr>
              <w:spacing w:after="0"/>
            </w:pPr>
            <w:r>
              <w:rPr>
                <w:rFonts w:eastAsia="Arial"/>
                <w:color w:val="5A5A5A"/>
                <w:sz w:val="20"/>
              </w:rPr>
              <w:t>______________________________________________</w:t>
            </w:r>
          </w:p>
        </w:tc>
      </w:tr>
      <w:tr w:rsidR="00006A01" w14:paraId="11D9E1F3" w14:textId="77777777">
        <w:trPr>
          <w:jc w:val="center"/>
        </w:trPr>
        <w:tc>
          <w:tcPr>
            <w:tcW w:w="31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shd w:val="clear" w:color="auto" w:fill="F6FAF6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229BAC7" w14:textId="77777777" w:rsidR="00006A01" w:rsidRDefault="00000000">
            <w:pPr>
              <w:spacing w:after="0"/>
            </w:pPr>
            <w:r>
              <w:rPr>
                <w:rFonts w:eastAsia="Arial"/>
                <w:b/>
                <w:color w:val="183A1D"/>
                <w:sz w:val="19"/>
              </w:rPr>
              <w:t>Ambito territoriale</w:t>
            </w:r>
          </w:p>
        </w:tc>
        <w:tc>
          <w:tcPr>
            <w:tcW w:w="6768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5EF2136" w14:textId="77777777" w:rsidR="00006A01" w:rsidRDefault="00000000">
            <w:pPr>
              <w:spacing w:after="0"/>
            </w:pPr>
            <w:r>
              <w:rPr>
                <w:rFonts w:eastAsia="Arial"/>
                <w:color w:val="5A5A5A"/>
                <w:sz w:val="20"/>
              </w:rPr>
              <w:t>______________________________________________</w:t>
            </w:r>
          </w:p>
        </w:tc>
      </w:tr>
    </w:tbl>
    <w:p w14:paraId="6EBDDCC6" w14:textId="77777777" w:rsidR="00006A01" w:rsidRDefault="00006A01">
      <w:pPr>
        <w:spacing w:after="20"/>
      </w:pPr>
    </w:p>
    <w:p w14:paraId="04CB8C4C" w14:textId="77777777" w:rsidR="00006A01" w:rsidRDefault="00000000">
      <w:r>
        <w:rPr>
          <w:rFonts w:eastAsia="Arial"/>
          <w:b/>
          <w:color w:val="183A1D"/>
        </w:rPr>
        <w:t>Ambito prevalente della candidatura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006A01" w14:paraId="5E34AE1E" w14:textId="77777777">
        <w:trPr>
          <w:jc w:val="center"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FD1F689" w14:textId="77777777" w:rsidR="00006A01" w:rsidRDefault="00000000">
            <w:pPr>
              <w:spacing w:after="0"/>
            </w:pPr>
            <w:r>
              <w:rPr>
                <w:rFonts w:eastAsia="Arial"/>
                <w:sz w:val="19"/>
              </w:rPr>
              <w:t>□ Nuovi prodotti o materiali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4EB9EB8" w14:textId="77777777" w:rsidR="00006A01" w:rsidRDefault="00000000">
            <w:pPr>
              <w:spacing w:after="0"/>
            </w:pPr>
            <w:r>
              <w:rPr>
                <w:rFonts w:eastAsia="Arial"/>
                <w:sz w:val="19"/>
              </w:rPr>
              <w:t>□ Innovazione di processo</w:t>
            </w:r>
          </w:p>
        </w:tc>
      </w:tr>
      <w:tr w:rsidR="00006A01" w:rsidRPr="00D50EC3" w14:paraId="02922E12" w14:textId="77777777">
        <w:trPr>
          <w:jc w:val="center"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608945C" w14:textId="77777777" w:rsidR="00006A01" w:rsidRDefault="00000000">
            <w:pPr>
              <w:spacing w:after="0"/>
            </w:pPr>
            <w:r>
              <w:rPr>
                <w:rFonts w:eastAsia="Arial"/>
                <w:sz w:val="19"/>
              </w:rPr>
              <w:t>□ Tecnologie per l’economia circolare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23050A2" w14:textId="77777777" w:rsidR="00006A01" w:rsidRPr="0021183F" w:rsidRDefault="00000000">
            <w:pPr>
              <w:spacing w:after="0"/>
              <w:rPr>
                <w:lang w:val="it-IT"/>
              </w:rPr>
            </w:pPr>
            <w:r w:rsidRPr="0021183F">
              <w:rPr>
                <w:rFonts w:eastAsia="Arial"/>
                <w:sz w:val="19"/>
                <w:lang w:val="it-IT"/>
              </w:rPr>
              <w:t>□ Recupero / riuso / valorizzazione di scarti, rifiuti o sottoprodotti</w:t>
            </w:r>
          </w:p>
        </w:tc>
      </w:tr>
      <w:tr w:rsidR="00006A01" w14:paraId="138696F7" w14:textId="77777777">
        <w:trPr>
          <w:jc w:val="center"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CFE2C80" w14:textId="77777777" w:rsidR="00006A01" w:rsidRDefault="00000000">
            <w:pPr>
              <w:spacing w:after="0"/>
            </w:pPr>
            <w:r>
              <w:rPr>
                <w:rFonts w:eastAsia="Arial"/>
                <w:sz w:val="19"/>
              </w:rPr>
              <w:t xml:space="preserve">□ </w:t>
            </w:r>
            <w:proofErr w:type="spellStart"/>
            <w:r>
              <w:rPr>
                <w:rFonts w:eastAsia="Arial"/>
                <w:sz w:val="19"/>
              </w:rPr>
              <w:t>Simbiosi</w:t>
            </w:r>
            <w:proofErr w:type="spellEnd"/>
            <w:r>
              <w:rPr>
                <w:rFonts w:eastAsia="Arial"/>
                <w:sz w:val="19"/>
              </w:rPr>
              <w:t xml:space="preserve"> </w:t>
            </w:r>
            <w:proofErr w:type="spellStart"/>
            <w:r>
              <w:rPr>
                <w:rFonts w:eastAsia="Arial"/>
                <w:sz w:val="19"/>
              </w:rPr>
              <w:t>industriale</w:t>
            </w:r>
            <w:proofErr w:type="spellEnd"/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DFDFAAC" w14:textId="77777777" w:rsidR="00006A01" w:rsidRDefault="00000000">
            <w:pPr>
              <w:spacing w:after="0"/>
            </w:pPr>
            <w:r>
              <w:rPr>
                <w:rFonts w:eastAsia="Arial"/>
                <w:sz w:val="19"/>
              </w:rPr>
              <w:t>□ Eco-design / progettazione circolare</w:t>
            </w:r>
          </w:p>
        </w:tc>
      </w:tr>
      <w:tr w:rsidR="00006A01" w:rsidRPr="00D50EC3" w14:paraId="2C4C8260" w14:textId="77777777">
        <w:trPr>
          <w:jc w:val="center"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D5A4C96" w14:textId="77777777" w:rsidR="00006A01" w:rsidRPr="0021183F" w:rsidRDefault="00000000">
            <w:pPr>
              <w:spacing w:after="0"/>
              <w:rPr>
                <w:lang w:val="it-IT"/>
              </w:rPr>
            </w:pPr>
            <w:r w:rsidRPr="0021183F">
              <w:rPr>
                <w:rFonts w:eastAsia="Arial"/>
                <w:sz w:val="19"/>
                <w:lang w:val="it-IT"/>
              </w:rPr>
              <w:t>□ Decarbonizzazione / efficienza nell’uso delle risorse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C38DB93" w14:textId="77777777" w:rsidR="00006A01" w:rsidRPr="0021183F" w:rsidRDefault="00000000">
            <w:pPr>
              <w:spacing w:after="0"/>
              <w:rPr>
                <w:lang w:val="it-IT"/>
              </w:rPr>
            </w:pPr>
            <w:r w:rsidRPr="0021183F">
              <w:rPr>
                <w:rFonts w:eastAsia="Arial"/>
                <w:sz w:val="19"/>
                <w:lang w:val="it-IT"/>
              </w:rPr>
              <w:t>□ Nuovi servizi o modelli di business circolari</w:t>
            </w:r>
          </w:p>
        </w:tc>
      </w:tr>
      <w:tr w:rsidR="00006A01" w:rsidRPr="00D50EC3" w14:paraId="62E017C5" w14:textId="77777777">
        <w:trPr>
          <w:jc w:val="center"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E326CFA" w14:textId="77777777" w:rsidR="00006A01" w:rsidRDefault="00000000">
            <w:pPr>
              <w:spacing w:after="0"/>
            </w:pPr>
            <w:r>
              <w:rPr>
                <w:rFonts w:eastAsia="Arial"/>
                <w:sz w:val="19"/>
              </w:rPr>
              <w:t xml:space="preserve">□ </w:t>
            </w:r>
            <w:proofErr w:type="spellStart"/>
            <w:r>
              <w:rPr>
                <w:rFonts w:eastAsia="Arial"/>
                <w:sz w:val="19"/>
              </w:rPr>
              <w:t>Riparazione</w:t>
            </w:r>
            <w:proofErr w:type="spellEnd"/>
            <w:r>
              <w:rPr>
                <w:rFonts w:eastAsia="Arial"/>
                <w:sz w:val="19"/>
              </w:rPr>
              <w:t xml:space="preserve"> / </w:t>
            </w:r>
            <w:proofErr w:type="spellStart"/>
            <w:r>
              <w:rPr>
                <w:rFonts w:eastAsia="Arial"/>
                <w:sz w:val="19"/>
              </w:rPr>
              <w:t>rigenerazione</w:t>
            </w:r>
            <w:proofErr w:type="spellEnd"/>
            <w:r>
              <w:rPr>
                <w:rFonts w:eastAsia="Arial"/>
                <w:sz w:val="19"/>
              </w:rPr>
              <w:t xml:space="preserve"> / remanufacturing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F8B6CF7" w14:textId="77777777" w:rsidR="00006A01" w:rsidRPr="0021183F" w:rsidRDefault="00000000">
            <w:pPr>
              <w:spacing w:after="0"/>
              <w:rPr>
                <w:lang w:val="it-IT"/>
              </w:rPr>
            </w:pPr>
            <w:r w:rsidRPr="0021183F">
              <w:rPr>
                <w:rFonts w:eastAsia="Arial"/>
                <w:sz w:val="19"/>
                <w:lang w:val="it-IT"/>
              </w:rPr>
              <w:t>□ Innovazione digitale o organizzativa per la circolarità</w:t>
            </w:r>
          </w:p>
        </w:tc>
      </w:tr>
      <w:tr w:rsidR="00006A01" w14:paraId="74B64695" w14:textId="77777777">
        <w:trPr>
          <w:jc w:val="center"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9FCCAD0" w14:textId="77777777" w:rsidR="00006A01" w:rsidRDefault="00000000">
            <w:pPr>
              <w:spacing w:after="0"/>
            </w:pPr>
            <w:r>
              <w:rPr>
                <w:rFonts w:eastAsia="Arial"/>
                <w:sz w:val="19"/>
              </w:rPr>
              <w:t xml:space="preserve">□ </w:t>
            </w:r>
            <w:proofErr w:type="spellStart"/>
            <w:r>
              <w:rPr>
                <w:rFonts w:eastAsia="Arial"/>
                <w:sz w:val="19"/>
              </w:rPr>
              <w:t>Altro</w:t>
            </w:r>
            <w:proofErr w:type="spellEnd"/>
            <w:r>
              <w:rPr>
                <w:rFonts w:eastAsia="Arial"/>
                <w:sz w:val="19"/>
              </w:rPr>
              <w:t>: ________________________________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1FD7D23" w14:textId="77777777" w:rsidR="00006A01" w:rsidRDefault="00006A01"/>
        </w:tc>
      </w:tr>
    </w:tbl>
    <w:p w14:paraId="0FBEBC0B" w14:textId="77777777" w:rsidR="00006A01" w:rsidRDefault="00006A01">
      <w:pPr>
        <w:spacing w:after="0"/>
      </w:pPr>
    </w:p>
    <w:p w14:paraId="2340AA6B" w14:textId="77777777" w:rsidR="00006A01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006A01" w14:paraId="7E2F1AA8" w14:textId="77777777">
        <w:trPr>
          <w:jc w:val="center"/>
        </w:trPr>
        <w:tc>
          <w:tcPr>
            <w:tcW w:w="10224" w:type="dxa"/>
            <w:tcBorders>
              <w:top w:val="single" w:sz="5" w:space="0" w:color="D7E8D7"/>
              <w:left w:val="single" w:sz="5" w:space="0" w:color="D7E8D7"/>
              <w:bottom w:val="single" w:sz="5" w:space="0" w:color="D7E8D7"/>
              <w:right w:val="single" w:sz="5" w:space="0" w:color="D7E8D7"/>
            </w:tcBorders>
            <w:shd w:val="clear" w:color="auto" w:fill="EAF4EA"/>
            <w:tcMar>
              <w:top w:w="85" w:type="dxa"/>
              <w:left w:w="130" w:type="dxa"/>
              <w:bottom w:w="85" w:type="dxa"/>
              <w:right w:w="130" w:type="dxa"/>
            </w:tcMar>
          </w:tcPr>
          <w:p w14:paraId="02D69C19" w14:textId="77777777" w:rsidR="00006A01" w:rsidRDefault="00000000">
            <w:pPr>
              <w:spacing w:after="0"/>
            </w:pPr>
            <w:r>
              <w:rPr>
                <w:rFonts w:eastAsia="Arial"/>
                <w:b/>
                <w:color w:val="183A1D"/>
                <w:sz w:val="23"/>
              </w:rPr>
              <w:lastRenderedPageBreak/>
              <w:t>C. DESCRIZIONE DEL PROGETTO</w:t>
            </w:r>
          </w:p>
        </w:tc>
      </w:tr>
    </w:tbl>
    <w:p w14:paraId="701EAC59" w14:textId="77777777" w:rsidR="00006A01" w:rsidRDefault="00006A01">
      <w:pPr>
        <w:spacing w:after="20"/>
      </w:pPr>
    </w:p>
    <w:p w14:paraId="63C6B2EA" w14:textId="77777777" w:rsidR="00006A01" w:rsidRPr="0021183F" w:rsidRDefault="00000000">
      <w:pPr>
        <w:spacing w:before="80" w:after="40"/>
        <w:rPr>
          <w:lang w:val="it-IT"/>
        </w:rPr>
      </w:pPr>
      <w:r w:rsidRPr="0021183F">
        <w:rPr>
          <w:rFonts w:eastAsia="Arial"/>
          <w:b/>
          <w:color w:val="183A1D"/>
          <w:lang w:val="it-IT"/>
        </w:rPr>
        <w:t>1. Sfida o problema affrontato</w:t>
      </w:r>
      <w:r w:rsidRPr="0021183F">
        <w:rPr>
          <w:rFonts w:eastAsia="Arial"/>
          <w:i/>
          <w:color w:val="5A5A5A"/>
          <w:sz w:val="18"/>
          <w:lang w:val="it-IT"/>
        </w:rPr>
        <w:t xml:space="preserve">  Descrivere il bisogno, la criticità o l’opportunità a cui il progetto risponde.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006A01" w14:paraId="6F865173" w14:textId="77777777">
        <w:trPr>
          <w:jc w:val="center"/>
        </w:trPr>
        <w:tc>
          <w:tcPr>
            <w:tcW w:w="10224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CA9A17" w14:textId="77777777" w:rsidR="00006A01" w:rsidRDefault="00000000">
            <w:pPr>
              <w:spacing w:after="0"/>
            </w:pPr>
            <w:r>
              <w:rPr>
                <w:rFonts w:eastAsia="Arial"/>
                <w:color w:val="A0A0A0"/>
                <w:sz w:val="17"/>
              </w:rPr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</w:p>
        </w:tc>
      </w:tr>
    </w:tbl>
    <w:p w14:paraId="0EEF949A" w14:textId="77777777" w:rsidR="00006A01" w:rsidRDefault="00006A01">
      <w:pPr>
        <w:spacing w:after="0"/>
      </w:pPr>
    </w:p>
    <w:p w14:paraId="18249A1C" w14:textId="77777777" w:rsidR="00006A01" w:rsidRPr="0021183F" w:rsidRDefault="00000000">
      <w:pPr>
        <w:spacing w:before="80" w:after="40"/>
        <w:rPr>
          <w:lang w:val="it-IT"/>
        </w:rPr>
      </w:pPr>
      <w:r w:rsidRPr="0021183F">
        <w:rPr>
          <w:rFonts w:eastAsia="Arial"/>
          <w:b/>
          <w:color w:val="183A1D"/>
          <w:lang w:val="it-IT"/>
        </w:rPr>
        <w:t>2. Soluzione sviluppata</w:t>
      </w:r>
      <w:r w:rsidRPr="0021183F">
        <w:rPr>
          <w:rFonts w:eastAsia="Arial"/>
          <w:i/>
          <w:color w:val="5A5A5A"/>
          <w:sz w:val="18"/>
          <w:lang w:val="it-IT"/>
        </w:rPr>
        <w:t xml:space="preserve">  Descrivere in modo chiaro il progetto, la tecnologia, il processo, il prodotto o il modello adottato.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006A01" w14:paraId="54F1D33D" w14:textId="77777777">
        <w:trPr>
          <w:jc w:val="center"/>
        </w:trPr>
        <w:tc>
          <w:tcPr>
            <w:tcW w:w="10224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38E68F" w14:textId="77777777" w:rsidR="00006A01" w:rsidRDefault="00000000">
            <w:pPr>
              <w:spacing w:after="0"/>
            </w:pPr>
            <w:r>
              <w:rPr>
                <w:rFonts w:eastAsia="Arial"/>
                <w:color w:val="A0A0A0"/>
                <w:sz w:val="17"/>
              </w:rPr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</w:p>
        </w:tc>
      </w:tr>
    </w:tbl>
    <w:p w14:paraId="5C41BC73" w14:textId="77777777" w:rsidR="00006A01" w:rsidRDefault="00006A01">
      <w:pPr>
        <w:spacing w:after="0"/>
      </w:pPr>
    </w:p>
    <w:p w14:paraId="60E77A31" w14:textId="77777777" w:rsidR="00006A01" w:rsidRPr="0021183F" w:rsidRDefault="00000000">
      <w:pPr>
        <w:spacing w:before="80" w:after="40"/>
        <w:rPr>
          <w:lang w:val="it-IT"/>
        </w:rPr>
      </w:pPr>
      <w:r w:rsidRPr="0021183F">
        <w:rPr>
          <w:rFonts w:eastAsia="Arial"/>
          <w:b/>
          <w:color w:val="183A1D"/>
          <w:lang w:val="it-IT"/>
        </w:rPr>
        <w:t>3. Elementi di originalità e innovazione</w:t>
      </w:r>
      <w:r w:rsidRPr="0021183F">
        <w:rPr>
          <w:rFonts w:eastAsia="Arial"/>
          <w:i/>
          <w:color w:val="5A5A5A"/>
          <w:sz w:val="18"/>
          <w:lang w:val="it-IT"/>
        </w:rPr>
        <w:t xml:space="preserve">  Indicare cosa distingue la soluzione rispetto a pratiche o soluzioni già disponibili.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006A01" w14:paraId="73AB8410" w14:textId="77777777">
        <w:trPr>
          <w:jc w:val="center"/>
        </w:trPr>
        <w:tc>
          <w:tcPr>
            <w:tcW w:w="10224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4791A7" w14:textId="77777777" w:rsidR="00006A01" w:rsidRDefault="00000000">
            <w:pPr>
              <w:spacing w:after="0"/>
            </w:pPr>
            <w:r>
              <w:rPr>
                <w:rFonts w:eastAsia="Arial"/>
                <w:color w:val="A0A0A0"/>
                <w:sz w:val="17"/>
              </w:rPr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</w:p>
        </w:tc>
      </w:tr>
    </w:tbl>
    <w:p w14:paraId="15F65632" w14:textId="77777777" w:rsidR="00006A01" w:rsidRDefault="00006A01">
      <w:pPr>
        <w:spacing w:after="0"/>
      </w:pPr>
    </w:p>
    <w:p w14:paraId="265583B9" w14:textId="77777777" w:rsidR="00006A01" w:rsidRPr="0021183F" w:rsidRDefault="00000000">
      <w:pPr>
        <w:spacing w:before="80" w:after="40"/>
        <w:rPr>
          <w:lang w:val="it-IT"/>
        </w:rPr>
      </w:pPr>
      <w:r w:rsidRPr="0021183F">
        <w:rPr>
          <w:rFonts w:eastAsia="Arial"/>
          <w:b/>
          <w:color w:val="183A1D"/>
          <w:lang w:val="it-IT"/>
        </w:rPr>
        <w:t>4. Risultati conseguiti nel 2026</w:t>
      </w:r>
      <w:r w:rsidRPr="0021183F">
        <w:rPr>
          <w:rFonts w:eastAsia="Arial"/>
          <w:i/>
          <w:color w:val="5A5A5A"/>
          <w:sz w:val="18"/>
          <w:lang w:val="it-IT"/>
        </w:rPr>
        <w:t xml:space="preserve">  Evidenziare risultati concreti e, ove disponibili, indicatori quantitativi.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006A01" w14:paraId="73682356" w14:textId="77777777">
        <w:trPr>
          <w:jc w:val="center"/>
        </w:trPr>
        <w:tc>
          <w:tcPr>
            <w:tcW w:w="10224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9AB1597" w14:textId="77777777" w:rsidR="00006A01" w:rsidRDefault="00000000">
            <w:pPr>
              <w:spacing w:after="0"/>
            </w:pPr>
            <w:r>
              <w:rPr>
                <w:rFonts w:eastAsia="Arial"/>
                <w:color w:val="A0A0A0"/>
                <w:sz w:val="17"/>
              </w:rPr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</w:p>
        </w:tc>
      </w:tr>
    </w:tbl>
    <w:p w14:paraId="7D208024" w14:textId="77777777" w:rsidR="00006A01" w:rsidRDefault="00006A01">
      <w:pPr>
        <w:spacing w:after="0"/>
      </w:pPr>
    </w:p>
    <w:p w14:paraId="62E0E67A" w14:textId="77777777" w:rsidR="00006A01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006A01" w14:paraId="5ED03886" w14:textId="77777777">
        <w:trPr>
          <w:jc w:val="center"/>
        </w:trPr>
        <w:tc>
          <w:tcPr>
            <w:tcW w:w="10224" w:type="dxa"/>
            <w:tcBorders>
              <w:top w:val="single" w:sz="5" w:space="0" w:color="D7E8D7"/>
              <w:left w:val="single" w:sz="5" w:space="0" w:color="D7E8D7"/>
              <w:bottom w:val="single" w:sz="5" w:space="0" w:color="D7E8D7"/>
              <w:right w:val="single" w:sz="5" w:space="0" w:color="D7E8D7"/>
            </w:tcBorders>
            <w:shd w:val="clear" w:color="auto" w:fill="EAF4EA"/>
            <w:tcMar>
              <w:top w:w="85" w:type="dxa"/>
              <w:left w:w="130" w:type="dxa"/>
              <w:bottom w:w="85" w:type="dxa"/>
              <w:right w:w="130" w:type="dxa"/>
            </w:tcMar>
          </w:tcPr>
          <w:p w14:paraId="68F6CAD5" w14:textId="77777777" w:rsidR="00006A01" w:rsidRDefault="00000000">
            <w:pPr>
              <w:spacing w:after="0"/>
            </w:pPr>
            <w:r>
              <w:rPr>
                <w:rFonts w:eastAsia="Arial"/>
                <w:b/>
                <w:color w:val="183A1D"/>
                <w:sz w:val="23"/>
              </w:rPr>
              <w:lastRenderedPageBreak/>
              <w:t>D. IMPATTO E POTENZIALE</w:t>
            </w:r>
          </w:p>
        </w:tc>
      </w:tr>
    </w:tbl>
    <w:p w14:paraId="75156323" w14:textId="77777777" w:rsidR="00006A01" w:rsidRDefault="00006A01">
      <w:pPr>
        <w:spacing w:after="20"/>
      </w:pPr>
    </w:p>
    <w:p w14:paraId="50893C96" w14:textId="77777777" w:rsidR="00006A01" w:rsidRDefault="00000000">
      <w:pPr>
        <w:spacing w:before="80" w:after="40"/>
      </w:pPr>
      <w:r w:rsidRPr="0021183F">
        <w:rPr>
          <w:rFonts w:eastAsia="Arial"/>
          <w:b/>
          <w:color w:val="183A1D"/>
          <w:lang w:val="it-IT"/>
        </w:rPr>
        <w:t>5. Benefici generati</w:t>
      </w:r>
      <w:r w:rsidRPr="0021183F">
        <w:rPr>
          <w:rFonts w:eastAsia="Arial"/>
          <w:i/>
          <w:color w:val="5A5A5A"/>
          <w:sz w:val="18"/>
          <w:lang w:val="it-IT"/>
        </w:rPr>
        <w:t xml:space="preserve">  Descrivere benefici ambientali, economici, produttivi e/o territoriali. </w:t>
      </w:r>
      <w:proofErr w:type="spellStart"/>
      <w:r>
        <w:rPr>
          <w:rFonts w:eastAsia="Arial"/>
          <w:i/>
          <w:color w:val="5A5A5A"/>
          <w:sz w:val="18"/>
        </w:rPr>
        <w:t>Indicare</w:t>
      </w:r>
      <w:proofErr w:type="spellEnd"/>
      <w:r>
        <w:rPr>
          <w:rFonts w:eastAsia="Arial"/>
          <w:i/>
          <w:color w:val="5A5A5A"/>
          <w:sz w:val="18"/>
        </w:rPr>
        <w:t xml:space="preserve"> </w:t>
      </w:r>
      <w:proofErr w:type="spellStart"/>
      <w:r>
        <w:rPr>
          <w:rFonts w:eastAsia="Arial"/>
          <w:i/>
          <w:color w:val="5A5A5A"/>
          <w:sz w:val="18"/>
        </w:rPr>
        <w:t>eventuali</w:t>
      </w:r>
      <w:proofErr w:type="spellEnd"/>
      <w:r>
        <w:rPr>
          <w:rFonts w:eastAsia="Arial"/>
          <w:i/>
          <w:color w:val="5A5A5A"/>
          <w:sz w:val="18"/>
        </w:rPr>
        <w:t xml:space="preserve"> </w:t>
      </w:r>
      <w:proofErr w:type="spellStart"/>
      <w:r>
        <w:rPr>
          <w:rFonts w:eastAsia="Arial"/>
          <w:i/>
          <w:color w:val="5A5A5A"/>
          <w:sz w:val="18"/>
        </w:rPr>
        <w:t>dati</w:t>
      </w:r>
      <w:proofErr w:type="spellEnd"/>
      <w:r>
        <w:rPr>
          <w:rFonts w:eastAsia="Arial"/>
          <w:i/>
          <w:color w:val="5A5A5A"/>
          <w:sz w:val="18"/>
        </w:rPr>
        <w:t xml:space="preserve"> </w:t>
      </w:r>
      <w:proofErr w:type="spellStart"/>
      <w:r>
        <w:rPr>
          <w:rFonts w:eastAsia="Arial"/>
          <w:i/>
          <w:color w:val="5A5A5A"/>
          <w:sz w:val="18"/>
        </w:rPr>
        <w:t>misurabili</w:t>
      </w:r>
      <w:proofErr w:type="spellEnd"/>
      <w:r>
        <w:rPr>
          <w:rFonts w:eastAsia="Arial"/>
          <w:i/>
          <w:color w:val="5A5A5A"/>
          <w:sz w:val="18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006A01" w14:paraId="062E31A9" w14:textId="77777777">
        <w:trPr>
          <w:jc w:val="center"/>
        </w:trPr>
        <w:tc>
          <w:tcPr>
            <w:tcW w:w="10224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E61E89" w14:textId="77777777" w:rsidR="00006A01" w:rsidRDefault="00000000">
            <w:pPr>
              <w:spacing w:after="0"/>
            </w:pPr>
            <w:r>
              <w:rPr>
                <w:rFonts w:eastAsia="Arial"/>
                <w:color w:val="A0A0A0"/>
                <w:sz w:val="17"/>
              </w:rPr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</w:p>
        </w:tc>
      </w:tr>
    </w:tbl>
    <w:p w14:paraId="3533C33D" w14:textId="77777777" w:rsidR="00006A01" w:rsidRDefault="00006A01">
      <w:pPr>
        <w:spacing w:after="0"/>
      </w:pPr>
    </w:p>
    <w:p w14:paraId="1DD5C065" w14:textId="77777777" w:rsidR="00006A01" w:rsidRPr="0021183F" w:rsidRDefault="00000000">
      <w:pPr>
        <w:spacing w:before="80" w:after="40"/>
        <w:rPr>
          <w:lang w:val="it-IT"/>
        </w:rPr>
      </w:pPr>
      <w:r w:rsidRPr="0021183F">
        <w:rPr>
          <w:rFonts w:eastAsia="Arial"/>
          <w:b/>
          <w:color w:val="183A1D"/>
          <w:lang w:val="it-IT"/>
        </w:rPr>
        <w:t>6. Replicabilità e potenziale di sviluppo</w:t>
      </w:r>
      <w:r w:rsidRPr="0021183F">
        <w:rPr>
          <w:rFonts w:eastAsia="Arial"/>
          <w:i/>
          <w:color w:val="5A5A5A"/>
          <w:sz w:val="18"/>
          <w:lang w:val="it-IT"/>
        </w:rPr>
        <w:t xml:space="preserve">  Indicare possibilità di estensione ad altri siti, settori o imprese e potenziale di crescita.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006A01" w14:paraId="165609F2" w14:textId="77777777">
        <w:trPr>
          <w:jc w:val="center"/>
        </w:trPr>
        <w:tc>
          <w:tcPr>
            <w:tcW w:w="10224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C42B63D" w14:textId="77777777" w:rsidR="00006A01" w:rsidRDefault="00000000">
            <w:pPr>
              <w:spacing w:after="0"/>
            </w:pPr>
            <w:r>
              <w:rPr>
                <w:rFonts w:eastAsia="Arial"/>
                <w:color w:val="A0A0A0"/>
                <w:sz w:val="17"/>
              </w:rPr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</w:p>
        </w:tc>
      </w:tr>
    </w:tbl>
    <w:p w14:paraId="7DC83CD6" w14:textId="77777777" w:rsidR="00006A01" w:rsidRDefault="00006A01">
      <w:pPr>
        <w:spacing w:after="0"/>
      </w:pPr>
    </w:p>
    <w:p w14:paraId="05D2D93A" w14:textId="77777777" w:rsidR="00006A01" w:rsidRPr="0021183F" w:rsidRDefault="00000000">
      <w:pPr>
        <w:spacing w:before="80" w:after="40"/>
        <w:rPr>
          <w:lang w:val="it-IT"/>
        </w:rPr>
      </w:pPr>
      <w:r w:rsidRPr="0021183F">
        <w:rPr>
          <w:rFonts w:eastAsia="Arial"/>
          <w:b/>
          <w:color w:val="183A1D"/>
          <w:lang w:val="it-IT"/>
        </w:rPr>
        <w:t>7. Ricadute sull’ecosistema produttivo veneto</w:t>
      </w:r>
      <w:r w:rsidRPr="0021183F">
        <w:rPr>
          <w:rFonts w:eastAsia="Arial"/>
          <w:i/>
          <w:color w:val="5A5A5A"/>
          <w:sz w:val="18"/>
          <w:lang w:val="it-IT"/>
        </w:rPr>
        <w:t xml:space="preserve">  Evidenziare collaborazioni, filiere coinvolte, trasferibilità di conoscenze o impatti sul territorio regionale.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006A01" w14:paraId="447A6AC5" w14:textId="77777777">
        <w:trPr>
          <w:jc w:val="center"/>
        </w:trPr>
        <w:tc>
          <w:tcPr>
            <w:tcW w:w="10224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4E446BD" w14:textId="77777777" w:rsidR="00006A01" w:rsidRDefault="00000000">
            <w:pPr>
              <w:spacing w:after="0"/>
            </w:pPr>
            <w:r>
              <w:rPr>
                <w:rFonts w:eastAsia="Arial"/>
                <w:color w:val="A0A0A0"/>
                <w:sz w:val="17"/>
              </w:rPr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</w:p>
        </w:tc>
      </w:tr>
    </w:tbl>
    <w:p w14:paraId="275EE48E" w14:textId="77777777" w:rsidR="00006A01" w:rsidRDefault="00006A01">
      <w:pPr>
        <w:spacing w:after="0"/>
      </w:pPr>
    </w:p>
    <w:p w14:paraId="7E72DF05" w14:textId="77777777" w:rsidR="00006A01" w:rsidRPr="0021183F" w:rsidRDefault="00000000">
      <w:pPr>
        <w:spacing w:before="80" w:after="40"/>
        <w:rPr>
          <w:lang w:val="it-IT"/>
        </w:rPr>
      </w:pPr>
      <w:r w:rsidRPr="0021183F">
        <w:rPr>
          <w:rFonts w:eastAsia="Arial"/>
          <w:b/>
          <w:color w:val="183A1D"/>
          <w:lang w:val="it-IT"/>
        </w:rPr>
        <w:t>8. Perché questa innovazione merita di essere raccontata in televisione?</w:t>
      </w:r>
      <w:r w:rsidRPr="0021183F">
        <w:rPr>
          <w:rFonts w:eastAsia="Arial"/>
          <w:i/>
          <w:color w:val="5A5A5A"/>
          <w:sz w:val="18"/>
          <w:lang w:val="it-IT"/>
        </w:rPr>
        <w:t xml:space="preserve">  Sintetizzare il messaggio, la storia o l’elemento distintivo che può interessare anche un pubblico non specialistico.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006A01" w14:paraId="6E5E0B38" w14:textId="77777777">
        <w:trPr>
          <w:jc w:val="center"/>
        </w:trPr>
        <w:tc>
          <w:tcPr>
            <w:tcW w:w="10224" w:type="dxa"/>
            <w:tcBorders>
              <w:top w:val="single" w:sz="6" w:space="0" w:color="B7C9B7"/>
              <w:left w:val="single" w:sz="6" w:space="0" w:color="B7C9B7"/>
              <w:bottom w:val="single" w:sz="6" w:space="0" w:color="B7C9B7"/>
              <w:right w:val="single" w:sz="6" w:space="0" w:color="B7C9B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E2AEF1" w14:textId="77777777" w:rsidR="00006A01" w:rsidRDefault="00000000">
            <w:pPr>
              <w:spacing w:after="0"/>
            </w:pPr>
            <w:r>
              <w:rPr>
                <w:rFonts w:eastAsia="Arial"/>
                <w:color w:val="A0A0A0"/>
                <w:sz w:val="17"/>
              </w:rPr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  <w:r>
              <w:rPr>
                <w:rFonts w:eastAsia="Arial"/>
                <w:color w:val="A0A0A0"/>
                <w:sz w:val="17"/>
              </w:rPr>
              <w:br/>
              <w:t>__________________________________________________________</w:t>
            </w:r>
          </w:p>
        </w:tc>
      </w:tr>
    </w:tbl>
    <w:p w14:paraId="28E161F9" w14:textId="77777777" w:rsidR="00006A01" w:rsidRDefault="00006A01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006A01" w14:paraId="4AFD21D5" w14:textId="77777777">
        <w:trPr>
          <w:jc w:val="center"/>
        </w:trPr>
        <w:tc>
          <w:tcPr>
            <w:tcW w:w="10224" w:type="dxa"/>
            <w:tcBorders>
              <w:top w:val="single" w:sz="5" w:space="0" w:color="D7E8D7"/>
              <w:left w:val="single" w:sz="5" w:space="0" w:color="D7E8D7"/>
              <w:bottom w:val="single" w:sz="5" w:space="0" w:color="D7E8D7"/>
              <w:right w:val="single" w:sz="5" w:space="0" w:color="D7E8D7"/>
            </w:tcBorders>
            <w:shd w:val="clear" w:color="auto" w:fill="EAF4EA"/>
            <w:tcMar>
              <w:top w:w="85" w:type="dxa"/>
              <w:left w:w="130" w:type="dxa"/>
              <w:bottom w:w="85" w:type="dxa"/>
              <w:right w:w="130" w:type="dxa"/>
            </w:tcMar>
          </w:tcPr>
          <w:p w14:paraId="69786665" w14:textId="77777777" w:rsidR="00006A01" w:rsidRDefault="00000000">
            <w:pPr>
              <w:spacing w:after="0"/>
            </w:pPr>
            <w:r>
              <w:rPr>
                <w:rFonts w:eastAsia="Arial"/>
                <w:b/>
                <w:color w:val="183A1D"/>
                <w:sz w:val="23"/>
              </w:rPr>
              <w:t>E. MATERIALI A SUPPORTO</w:t>
            </w:r>
          </w:p>
        </w:tc>
      </w:tr>
    </w:tbl>
    <w:p w14:paraId="6C07CCDB" w14:textId="77777777" w:rsidR="00006A01" w:rsidRDefault="00006A01">
      <w:pPr>
        <w:spacing w:after="20"/>
      </w:pPr>
    </w:p>
    <w:p w14:paraId="024ADDA8" w14:textId="77777777" w:rsidR="00006A01" w:rsidRDefault="00000000">
      <w:r w:rsidRPr="0021183F">
        <w:rPr>
          <w:rFonts w:eastAsia="Arial"/>
          <w:sz w:val="19"/>
          <w:lang w:val="it-IT"/>
        </w:rPr>
        <w:t xml:space="preserve">Alla candidatura possono essere allegati materiali utili alla valutazione. </w:t>
      </w:r>
      <w:proofErr w:type="spellStart"/>
      <w:r>
        <w:rPr>
          <w:rFonts w:eastAsia="Arial"/>
          <w:sz w:val="19"/>
        </w:rPr>
        <w:t>Selezionare</w:t>
      </w:r>
      <w:proofErr w:type="spellEnd"/>
      <w:r>
        <w:rPr>
          <w:rFonts w:eastAsia="Arial"/>
          <w:sz w:val="19"/>
        </w:rPr>
        <w:t xml:space="preserve"> </w:t>
      </w:r>
      <w:proofErr w:type="spellStart"/>
      <w:r>
        <w:rPr>
          <w:rFonts w:eastAsia="Arial"/>
          <w:sz w:val="19"/>
        </w:rPr>
        <w:t>quanto</w:t>
      </w:r>
      <w:proofErr w:type="spellEnd"/>
      <w:r>
        <w:rPr>
          <w:rFonts w:eastAsia="Arial"/>
          <w:sz w:val="19"/>
        </w:rPr>
        <w:t xml:space="preserve"> </w:t>
      </w:r>
      <w:proofErr w:type="spellStart"/>
      <w:r>
        <w:rPr>
          <w:rFonts w:eastAsia="Arial"/>
          <w:sz w:val="19"/>
        </w:rPr>
        <w:t>trasmesso</w:t>
      </w:r>
      <w:proofErr w:type="spellEnd"/>
      <w:r>
        <w:rPr>
          <w:rFonts w:eastAsia="Arial"/>
          <w:sz w:val="19"/>
        </w:rPr>
        <w:t>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006A01" w14:paraId="4205F3CF" w14:textId="77777777">
        <w:trPr>
          <w:jc w:val="center"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D261F52" w14:textId="77777777" w:rsidR="00006A01" w:rsidRDefault="00000000">
            <w:pPr>
              <w:spacing w:after="0"/>
            </w:pPr>
            <w:r>
              <w:rPr>
                <w:rFonts w:eastAsia="Arial"/>
                <w:sz w:val="19"/>
              </w:rPr>
              <w:t>□ Presentazione / scheda tecnica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A8C437E" w14:textId="77777777" w:rsidR="00006A01" w:rsidRDefault="00000000">
            <w:pPr>
              <w:spacing w:after="0"/>
            </w:pPr>
            <w:r>
              <w:rPr>
                <w:rFonts w:eastAsia="Arial"/>
                <w:sz w:val="19"/>
              </w:rPr>
              <w:t>□ Fotografie</w:t>
            </w:r>
          </w:p>
        </w:tc>
      </w:tr>
      <w:tr w:rsidR="00006A01" w:rsidRPr="00D50EC3" w14:paraId="764F4F5C" w14:textId="77777777">
        <w:trPr>
          <w:jc w:val="center"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9671BDF" w14:textId="77777777" w:rsidR="00006A01" w:rsidRDefault="00000000">
            <w:pPr>
              <w:spacing w:after="0"/>
            </w:pPr>
            <w:r>
              <w:rPr>
                <w:rFonts w:eastAsia="Arial"/>
                <w:sz w:val="19"/>
              </w:rPr>
              <w:t>□ Video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3A544DC" w14:textId="77777777" w:rsidR="00006A01" w:rsidRPr="0021183F" w:rsidRDefault="00000000">
            <w:pPr>
              <w:spacing w:after="0"/>
              <w:rPr>
                <w:lang w:val="it-IT"/>
              </w:rPr>
            </w:pPr>
            <w:r w:rsidRPr="0021183F">
              <w:rPr>
                <w:rFonts w:eastAsia="Arial"/>
                <w:sz w:val="19"/>
                <w:lang w:val="it-IT"/>
              </w:rPr>
              <w:t>□ Link a pagina web / progetto</w:t>
            </w:r>
          </w:p>
        </w:tc>
      </w:tr>
      <w:tr w:rsidR="00006A01" w14:paraId="4F88BD33" w14:textId="77777777">
        <w:trPr>
          <w:jc w:val="center"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5BA47967" w14:textId="77777777" w:rsidR="00006A01" w:rsidRPr="0021183F" w:rsidRDefault="00000000">
            <w:pPr>
              <w:spacing w:after="0"/>
              <w:rPr>
                <w:lang w:val="it-IT"/>
              </w:rPr>
            </w:pPr>
            <w:r w:rsidRPr="0021183F">
              <w:rPr>
                <w:rFonts w:eastAsia="Arial"/>
                <w:sz w:val="19"/>
                <w:lang w:val="it-IT"/>
              </w:rPr>
              <w:t>□ Dati o indicatori di risultato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FD23D5B" w14:textId="77777777" w:rsidR="00006A01" w:rsidRDefault="00000000">
            <w:pPr>
              <w:spacing w:after="0"/>
            </w:pPr>
            <w:r>
              <w:rPr>
                <w:rFonts w:eastAsia="Arial"/>
                <w:sz w:val="19"/>
              </w:rPr>
              <w:t xml:space="preserve">□ </w:t>
            </w:r>
            <w:proofErr w:type="spellStart"/>
            <w:r>
              <w:rPr>
                <w:rFonts w:eastAsia="Arial"/>
                <w:sz w:val="19"/>
              </w:rPr>
              <w:t>Altri</w:t>
            </w:r>
            <w:proofErr w:type="spellEnd"/>
            <w:r>
              <w:rPr>
                <w:rFonts w:eastAsia="Arial"/>
                <w:sz w:val="19"/>
              </w:rPr>
              <w:t xml:space="preserve"> </w:t>
            </w:r>
            <w:proofErr w:type="spellStart"/>
            <w:r>
              <w:rPr>
                <w:rFonts w:eastAsia="Arial"/>
                <w:sz w:val="19"/>
              </w:rPr>
              <w:t>documenti</w:t>
            </w:r>
            <w:proofErr w:type="spellEnd"/>
            <w:r>
              <w:rPr>
                <w:rFonts w:eastAsia="Arial"/>
                <w:sz w:val="19"/>
              </w:rPr>
              <w:t>: __________________________________________</w:t>
            </w:r>
          </w:p>
        </w:tc>
      </w:tr>
    </w:tbl>
    <w:p w14:paraId="4BCF3201" w14:textId="77777777" w:rsidR="00006A01" w:rsidRDefault="00006A01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006A01" w:rsidRPr="00D50EC3" w14:paraId="2BBB9827" w14:textId="77777777">
        <w:trPr>
          <w:jc w:val="center"/>
        </w:trPr>
        <w:tc>
          <w:tcPr>
            <w:tcW w:w="10224" w:type="dxa"/>
            <w:tcBorders>
              <w:top w:val="single" w:sz="6" w:space="0" w:color="D7E8D7"/>
              <w:left w:val="single" w:sz="6" w:space="0" w:color="D7E8D7"/>
              <w:bottom w:val="single" w:sz="6" w:space="0" w:color="D7E8D7"/>
              <w:right w:val="single" w:sz="6" w:space="0" w:color="D7E8D7"/>
            </w:tcBorders>
            <w:shd w:val="clear" w:color="auto" w:fill="F6FAF6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66BE4074" w14:textId="77777777" w:rsidR="00006A01" w:rsidRPr="0021183F" w:rsidRDefault="00000000">
            <w:pPr>
              <w:spacing w:after="0"/>
              <w:rPr>
                <w:lang w:val="it-IT"/>
              </w:rPr>
            </w:pPr>
            <w:r w:rsidRPr="0021183F">
              <w:rPr>
                <w:rFonts w:eastAsia="Arial"/>
                <w:b/>
                <w:color w:val="183A1D"/>
                <w:sz w:val="19"/>
                <w:lang w:val="it-IT"/>
              </w:rPr>
              <w:t>Riservatezza</w:t>
            </w:r>
            <w:r w:rsidRPr="0021183F">
              <w:rPr>
                <w:rFonts w:eastAsia="Arial"/>
                <w:b/>
                <w:color w:val="183A1D"/>
                <w:sz w:val="19"/>
                <w:lang w:val="it-IT"/>
              </w:rPr>
              <w:br/>
            </w:r>
            <w:r w:rsidRPr="0021183F">
              <w:rPr>
                <w:rFonts w:eastAsia="Arial"/>
                <w:color w:val="5A5A5A"/>
                <w:sz w:val="18"/>
                <w:lang w:val="it-IT"/>
              </w:rPr>
              <w:t>Non inserire nella candidatura informazioni riservate, segreti commerciali o contenuti coperti da obblighi di confidenzialità. I materiali destinati alla comunicazione pubblica dovranno essere chiaramente identificati come utilizzabili a tale scopo.</w:t>
            </w:r>
          </w:p>
        </w:tc>
      </w:tr>
    </w:tbl>
    <w:p w14:paraId="56C8ED3A" w14:textId="77777777" w:rsidR="00006A01" w:rsidRPr="0021183F" w:rsidRDefault="00006A01">
      <w:pPr>
        <w:spacing w:after="20"/>
        <w:rPr>
          <w:lang w:val="it-IT"/>
        </w:rPr>
      </w:pPr>
    </w:p>
    <w:p w14:paraId="7541BAD6" w14:textId="77777777" w:rsidR="00006A01" w:rsidRPr="0021183F" w:rsidRDefault="00000000">
      <w:pPr>
        <w:rPr>
          <w:lang w:val="it-IT"/>
        </w:rPr>
      </w:pPr>
      <w:r w:rsidRPr="0021183F">
        <w:rPr>
          <w:lang w:val="it-IT"/>
        </w:rP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006A01" w14:paraId="0462D65D" w14:textId="77777777">
        <w:trPr>
          <w:jc w:val="center"/>
        </w:trPr>
        <w:tc>
          <w:tcPr>
            <w:tcW w:w="10224" w:type="dxa"/>
            <w:tcBorders>
              <w:top w:val="single" w:sz="5" w:space="0" w:color="D7E8D7"/>
              <w:left w:val="single" w:sz="5" w:space="0" w:color="D7E8D7"/>
              <w:bottom w:val="single" w:sz="5" w:space="0" w:color="D7E8D7"/>
              <w:right w:val="single" w:sz="5" w:space="0" w:color="D7E8D7"/>
            </w:tcBorders>
            <w:shd w:val="clear" w:color="auto" w:fill="EAF4EA"/>
            <w:tcMar>
              <w:top w:w="85" w:type="dxa"/>
              <w:left w:w="130" w:type="dxa"/>
              <w:bottom w:w="85" w:type="dxa"/>
              <w:right w:w="130" w:type="dxa"/>
            </w:tcMar>
          </w:tcPr>
          <w:p w14:paraId="75A98BBD" w14:textId="77777777" w:rsidR="00006A01" w:rsidRDefault="00000000">
            <w:pPr>
              <w:spacing w:after="0"/>
            </w:pPr>
            <w:r>
              <w:rPr>
                <w:rFonts w:eastAsia="Arial"/>
                <w:b/>
                <w:color w:val="183A1D"/>
                <w:sz w:val="23"/>
              </w:rPr>
              <w:lastRenderedPageBreak/>
              <w:t>F. DICHIARAZIONI DEL CANDIDATO</w:t>
            </w:r>
          </w:p>
        </w:tc>
      </w:tr>
    </w:tbl>
    <w:p w14:paraId="5EC65545" w14:textId="77777777" w:rsidR="00006A01" w:rsidRDefault="00006A01">
      <w:pPr>
        <w:spacing w:after="20"/>
      </w:pPr>
    </w:p>
    <w:p w14:paraId="79C22DB3" w14:textId="77777777" w:rsidR="00006A01" w:rsidRPr="0021183F" w:rsidRDefault="00000000">
      <w:pPr>
        <w:rPr>
          <w:lang w:val="it-IT"/>
        </w:rPr>
      </w:pPr>
      <w:r w:rsidRPr="0021183F">
        <w:rPr>
          <w:rFonts w:eastAsia="Arial"/>
          <w:sz w:val="19"/>
          <w:lang w:val="it-IT"/>
        </w:rPr>
        <w:t>Il/La sottoscritto/a, in qualità di legale rappresentante o soggetto autorizzato, dichiara:</w:t>
      </w:r>
    </w:p>
    <w:p w14:paraId="296032FA" w14:textId="77777777" w:rsidR="00006A01" w:rsidRPr="0021183F" w:rsidRDefault="00000000">
      <w:pPr>
        <w:pStyle w:val="Puntoelenco"/>
        <w:spacing w:after="60"/>
        <w:ind w:left="317" w:hanging="173"/>
        <w:rPr>
          <w:lang w:val="it-IT"/>
        </w:rPr>
      </w:pPr>
      <w:r w:rsidRPr="0021183F">
        <w:rPr>
          <w:rFonts w:eastAsia="Arial"/>
          <w:sz w:val="19"/>
          <w:lang w:val="it-IT"/>
        </w:rPr>
        <w:t xml:space="preserve">di aver letto e di accettare integralmente il Regolamento del VGC </w:t>
      </w:r>
      <w:proofErr w:type="spellStart"/>
      <w:r w:rsidRPr="0021183F">
        <w:rPr>
          <w:rFonts w:eastAsia="Arial"/>
          <w:sz w:val="19"/>
          <w:lang w:val="it-IT"/>
        </w:rPr>
        <w:t>Circular</w:t>
      </w:r>
      <w:proofErr w:type="spellEnd"/>
      <w:r w:rsidRPr="0021183F">
        <w:rPr>
          <w:rFonts w:eastAsia="Arial"/>
          <w:sz w:val="19"/>
          <w:lang w:val="it-IT"/>
        </w:rPr>
        <w:t xml:space="preserve"> Innovation Award 2026;</w:t>
      </w:r>
    </w:p>
    <w:p w14:paraId="6A90598A" w14:textId="77777777" w:rsidR="00006A01" w:rsidRPr="0021183F" w:rsidRDefault="00000000">
      <w:pPr>
        <w:pStyle w:val="Puntoelenco"/>
        <w:spacing w:after="60"/>
        <w:ind w:left="317" w:hanging="173"/>
        <w:rPr>
          <w:lang w:val="it-IT"/>
        </w:rPr>
      </w:pPr>
      <w:r w:rsidRPr="0021183F">
        <w:rPr>
          <w:rFonts w:eastAsia="Arial"/>
          <w:sz w:val="19"/>
          <w:lang w:val="it-IT"/>
        </w:rPr>
        <w:t>che le informazioni contenute nella candidatura sono veritiere e che il soggetto proponente è legittimato a presentare il progetto;</w:t>
      </w:r>
    </w:p>
    <w:p w14:paraId="3EC7F03B" w14:textId="77777777" w:rsidR="00006A01" w:rsidRPr="0021183F" w:rsidRDefault="00000000">
      <w:pPr>
        <w:pStyle w:val="Puntoelenco"/>
        <w:spacing w:after="60"/>
        <w:ind w:left="317" w:hanging="173"/>
        <w:rPr>
          <w:lang w:val="it-IT"/>
        </w:rPr>
      </w:pPr>
      <w:r w:rsidRPr="0021183F">
        <w:rPr>
          <w:rFonts w:eastAsia="Arial"/>
          <w:sz w:val="19"/>
          <w:lang w:val="it-IT"/>
        </w:rPr>
        <w:t>che la candidatura e i materiali allegati non violano diritti di terzi, inclusi diritti di proprietà intellettuale, immagine, marchio, riservatezza o obblighi contrattuali;</w:t>
      </w:r>
    </w:p>
    <w:p w14:paraId="1757CCE5" w14:textId="77777777" w:rsidR="00006A01" w:rsidRPr="0021183F" w:rsidRDefault="00000000">
      <w:pPr>
        <w:pStyle w:val="Puntoelenco"/>
        <w:spacing w:after="60"/>
        <w:ind w:left="317" w:hanging="173"/>
        <w:rPr>
          <w:lang w:val="it-IT"/>
        </w:rPr>
      </w:pPr>
      <w:r w:rsidRPr="0021183F">
        <w:rPr>
          <w:rFonts w:eastAsia="Arial"/>
          <w:sz w:val="19"/>
          <w:lang w:val="it-IT"/>
        </w:rPr>
        <w:t>di disporre, ove necessario, delle autorizzazioni dei partner coinvolti per la presentazione del progetto e per la citazione dei rispettivi nomi e contributi;</w:t>
      </w:r>
    </w:p>
    <w:p w14:paraId="1E5C2F48" w14:textId="77777777" w:rsidR="00006A01" w:rsidRPr="0021183F" w:rsidRDefault="00000000">
      <w:pPr>
        <w:pStyle w:val="Puntoelenco"/>
        <w:spacing w:after="60"/>
        <w:ind w:left="317" w:hanging="173"/>
        <w:rPr>
          <w:lang w:val="it-IT"/>
        </w:rPr>
      </w:pPr>
      <w:r w:rsidRPr="0021183F">
        <w:rPr>
          <w:rFonts w:eastAsia="Arial"/>
          <w:sz w:val="19"/>
          <w:lang w:val="it-IT"/>
        </w:rPr>
        <w:t>di autorizzare Veneto Green Cluster a utilizzare, per le finalità del Premio, il titolo del progetto, la denominazione del candidato, il logo aziendale e i materiali espressamente indicati come pubblicabili, per attività di valutazione, comunicazione e promozione dell’iniziativa;</w:t>
      </w:r>
    </w:p>
    <w:p w14:paraId="518E9893" w14:textId="77777777" w:rsidR="00006A01" w:rsidRPr="0021183F" w:rsidRDefault="00000000">
      <w:pPr>
        <w:pStyle w:val="Puntoelenco"/>
        <w:spacing w:after="60"/>
        <w:ind w:left="317" w:hanging="173"/>
        <w:rPr>
          <w:lang w:val="it-IT"/>
        </w:rPr>
      </w:pPr>
      <w:r w:rsidRPr="0021183F">
        <w:rPr>
          <w:rFonts w:eastAsia="Arial"/>
          <w:sz w:val="19"/>
          <w:lang w:val="it-IT"/>
        </w:rPr>
        <w:t>in caso di selezione tra i tre vincitori, di rendersi disponibile alla realizzazione della partecipazione televisiva prevista dal Premio e a individuare le persone che parteciperanno alla registrazione;</w:t>
      </w:r>
    </w:p>
    <w:p w14:paraId="66801AD0" w14:textId="77777777" w:rsidR="00006A01" w:rsidRPr="0021183F" w:rsidRDefault="00000000">
      <w:pPr>
        <w:pStyle w:val="Puntoelenco"/>
        <w:spacing w:after="60"/>
        <w:ind w:left="317" w:hanging="173"/>
        <w:rPr>
          <w:lang w:val="it-IT"/>
        </w:rPr>
      </w:pPr>
      <w:r w:rsidRPr="0021183F">
        <w:rPr>
          <w:rFonts w:eastAsia="Arial"/>
          <w:sz w:val="19"/>
          <w:lang w:val="it-IT"/>
        </w:rPr>
        <w:t>di essere consapevole che ogni persona fisica ripresa o intervistata dovrà sottoscrivere una specifica liberatoria per l’utilizzo di immagine, voce e dichiarazioni, nonché prendere visione dell’informativa privacy integrativa.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006A01" w14:paraId="7A13D441" w14:textId="77777777">
        <w:trPr>
          <w:jc w:val="center"/>
        </w:trPr>
        <w:tc>
          <w:tcPr>
            <w:tcW w:w="10224" w:type="dxa"/>
            <w:tcBorders>
              <w:top w:val="single" w:sz="5" w:space="0" w:color="D7E8D7"/>
              <w:left w:val="single" w:sz="5" w:space="0" w:color="D7E8D7"/>
              <w:bottom w:val="single" w:sz="5" w:space="0" w:color="D7E8D7"/>
              <w:right w:val="single" w:sz="5" w:space="0" w:color="D7E8D7"/>
            </w:tcBorders>
            <w:shd w:val="clear" w:color="auto" w:fill="EAF4EA"/>
            <w:tcMar>
              <w:top w:w="85" w:type="dxa"/>
              <w:left w:w="130" w:type="dxa"/>
              <w:bottom w:w="85" w:type="dxa"/>
              <w:right w:w="130" w:type="dxa"/>
            </w:tcMar>
          </w:tcPr>
          <w:p w14:paraId="5B918E7A" w14:textId="77777777" w:rsidR="00006A01" w:rsidRDefault="00000000">
            <w:pPr>
              <w:spacing w:after="0"/>
            </w:pPr>
            <w:r>
              <w:rPr>
                <w:rFonts w:eastAsia="Arial"/>
                <w:b/>
                <w:color w:val="183A1D"/>
                <w:sz w:val="23"/>
              </w:rPr>
              <w:t>G. PRIVACY - PRESA VISIONE</w:t>
            </w:r>
          </w:p>
        </w:tc>
      </w:tr>
    </w:tbl>
    <w:p w14:paraId="65C2BE11" w14:textId="77777777" w:rsidR="00006A01" w:rsidRDefault="00006A01">
      <w:pPr>
        <w:spacing w:after="20"/>
      </w:pPr>
    </w:p>
    <w:p w14:paraId="7B028723" w14:textId="77777777" w:rsidR="00006A01" w:rsidRDefault="00000000">
      <w:pPr>
        <w:jc w:val="both"/>
        <w:rPr>
          <w:rFonts w:eastAsia="Arial"/>
          <w:sz w:val="19"/>
          <w:lang w:val="it-IT"/>
        </w:rPr>
      </w:pPr>
      <w:r w:rsidRPr="0021183F">
        <w:rPr>
          <w:rFonts w:eastAsia="Arial"/>
          <w:sz w:val="19"/>
          <w:lang w:val="it-IT"/>
        </w:rPr>
        <w:t>Il candidato dichiara di aver ricevuto o di avere avuto accesso all’informativa sul trattamento dei dati personali relativa alla gestione del Premio, redatta ai sensi degli artt. 13 e 14 del Regolamento (UE) 2016/679, e di impegnarsi a renderla disponibile alle persone i cui dati personali siano eventualmente comunicati nell’ambito della candidatura.</w:t>
      </w:r>
    </w:p>
    <w:p w14:paraId="01464936" w14:textId="5CC8E57F" w:rsidR="00F87087" w:rsidRPr="00F87087" w:rsidRDefault="00F87087" w:rsidP="00F87087">
      <w:pPr>
        <w:jc w:val="both"/>
        <w:rPr>
          <w:rFonts w:eastAsia="Arial"/>
          <w:sz w:val="19"/>
          <w:lang w:val="it-IT"/>
        </w:rPr>
      </w:pPr>
      <w:r>
        <w:rPr>
          <w:rFonts w:eastAsia="Arial"/>
          <w:sz w:val="19"/>
          <w:lang w:val="it-IT"/>
        </w:rPr>
        <w:t xml:space="preserve">Il candidato allega alla presente la </w:t>
      </w:r>
      <w:bookmarkStart w:id="0" w:name="_Hlk238718648"/>
      <w:r w:rsidRPr="00F87087">
        <w:rPr>
          <w:rFonts w:eastAsia="Arial"/>
          <w:sz w:val="19"/>
          <w:lang w:val="it-IT"/>
        </w:rPr>
        <w:t>LIBERATORIA PER LA PARTECIPAZIONE TELEVISIVA</w:t>
      </w:r>
      <w:r>
        <w:rPr>
          <w:rFonts w:eastAsia="Arial"/>
          <w:sz w:val="19"/>
          <w:lang w:val="it-IT"/>
        </w:rPr>
        <w:t xml:space="preserve"> </w:t>
      </w:r>
      <w:bookmarkStart w:id="1" w:name="_Hlk238718680"/>
      <w:bookmarkEnd w:id="0"/>
      <w:r>
        <w:rPr>
          <w:rFonts w:eastAsia="Arial"/>
          <w:sz w:val="19"/>
          <w:lang w:val="it-IT"/>
        </w:rPr>
        <w:t xml:space="preserve">redatta su </w:t>
      </w:r>
      <w:r w:rsidRPr="00F87087">
        <w:rPr>
          <w:rFonts w:eastAsia="Arial"/>
          <w:sz w:val="19"/>
          <w:lang w:val="it-IT"/>
        </w:rPr>
        <w:t>apposito modulo reso disponibile da Veneto Green Cluster</w:t>
      </w:r>
      <w:r>
        <w:rPr>
          <w:rFonts w:eastAsia="Arial"/>
          <w:sz w:val="19"/>
          <w:lang w:val="it-IT"/>
        </w:rPr>
        <w:t>.</w:t>
      </w:r>
    </w:p>
    <w:bookmarkEnd w:id="1"/>
    <w:p w14:paraId="02979AA8" w14:textId="00733CC4" w:rsidR="00F87087" w:rsidRPr="0021183F" w:rsidRDefault="00F87087">
      <w:pPr>
        <w:jc w:val="both"/>
        <w:rPr>
          <w:lang w:val="it-IT"/>
        </w:rPr>
      </w:pPr>
    </w:p>
    <w:p w14:paraId="2B073850" w14:textId="77777777" w:rsidR="00006A01" w:rsidRPr="0021183F" w:rsidRDefault="00006A01">
      <w:pPr>
        <w:spacing w:after="40"/>
        <w:rPr>
          <w:lang w:val="it-IT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006A01" w:rsidRPr="00D50EC3" w14:paraId="48B4A58A" w14:textId="77777777">
        <w:trPr>
          <w:jc w:val="center"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4F080C6F" w14:textId="77777777" w:rsidR="00006A01" w:rsidRDefault="00000000">
            <w:pPr>
              <w:spacing w:after="20"/>
            </w:pPr>
            <w:proofErr w:type="spellStart"/>
            <w:r>
              <w:rPr>
                <w:rFonts w:eastAsia="Arial"/>
                <w:b/>
                <w:color w:val="5A5A5A"/>
                <w:sz w:val="18"/>
              </w:rPr>
              <w:t>Luogo</w:t>
            </w:r>
            <w:proofErr w:type="spellEnd"/>
            <w:r>
              <w:rPr>
                <w:rFonts w:eastAsia="Arial"/>
                <w:b/>
                <w:color w:val="5A5A5A"/>
                <w:sz w:val="18"/>
              </w:rPr>
              <w:t xml:space="preserve"> e data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02D1E115" w14:textId="77777777" w:rsidR="00006A01" w:rsidRPr="0021183F" w:rsidRDefault="00000000">
            <w:pPr>
              <w:spacing w:after="20"/>
              <w:rPr>
                <w:lang w:val="it-IT"/>
              </w:rPr>
            </w:pPr>
            <w:r w:rsidRPr="0021183F">
              <w:rPr>
                <w:rFonts w:eastAsia="Arial"/>
                <w:b/>
                <w:color w:val="5A5A5A"/>
                <w:sz w:val="18"/>
                <w:lang w:val="it-IT"/>
              </w:rPr>
              <w:t>Firma del legale rappresentante / soggetto autorizzato</w:t>
            </w:r>
          </w:p>
        </w:tc>
      </w:tr>
      <w:tr w:rsidR="00006A01" w14:paraId="7E154431" w14:textId="77777777">
        <w:trPr>
          <w:jc w:val="center"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553F80D7" w14:textId="77777777" w:rsidR="00006A01" w:rsidRDefault="00000000">
            <w:r>
              <w:rPr>
                <w:rFonts w:eastAsia="Arial"/>
                <w:color w:val="8A8A8A"/>
                <w:sz w:val="18"/>
              </w:rPr>
              <w:t>________________________________________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003EA38F" w14:textId="77777777" w:rsidR="00006A01" w:rsidRDefault="00000000">
            <w:r>
              <w:rPr>
                <w:rFonts w:eastAsia="Arial"/>
                <w:color w:val="8A8A8A"/>
                <w:sz w:val="18"/>
              </w:rPr>
              <w:t>________________________________________</w:t>
            </w:r>
          </w:p>
        </w:tc>
      </w:tr>
    </w:tbl>
    <w:p w14:paraId="10E60231" w14:textId="77777777" w:rsidR="00053861" w:rsidRDefault="00053861"/>
    <w:sectPr w:rsidR="00053861" w:rsidSect="00034616">
      <w:footerReference w:type="default" r:id="rId8"/>
      <w:pgSz w:w="12240" w:h="15840"/>
      <w:pgMar w:top="936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7A57D" w14:textId="77777777" w:rsidR="006E25F9" w:rsidRDefault="006E25F9">
      <w:pPr>
        <w:spacing w:after="0" w:line="240" w:lineRule="auto"/>
      </w:pPr>
      <w:r>
        <w:separator/>
      </w:r>
    </w:p>
  </w:endnote>
  <w:endnote w:type="continuationSeparator" w:id="0">
    <w:p w14:paraId="34E9276C" w14:textId="77777777" w:rsidR="006E25F9" w:rsidRDefault="006E2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2B9E0" w14:textId="77777777" w:rsidR="00006A01" w:rsidRPr="0021183F" w:rsidRDefault="00000000">
    <w:pPr>
      <w:pStyle w:val="Pidipagina"/>
      <w:jc w:val="center"/>
      <w:rPr>
        <w:lang w:val="it-IT"/>
      </w:rPr>
    </w:pPr>
    <w:r w:rsidRPr="0021183F">
      <w:rPr>
        <w:rFonts w:eastAsia="Arial"/>
        <w:color w:val="5A5A5A"/>
        <w:sz w:val="16"/>
        <w:lang w:val="it-IT"/>
      </w:rPr>
      <w:t>VGC Circular Innovation Award 2026 - Domanda di candidatura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369AA" w14:textId="77777777" w:rsidR="006E25F9" w:rsidRDefault="006E25F9">
      <w:pPr>
        <w:spacing w:after="0" w:line="240" w:lineRule="auto"/>
      </w:pPr>
      <w:r>
        <w:separator/>
      </w:r>
    </w:p>
  </w:footnote>
  <w:footnote w:type="continuationSeparator" w:id="0">
    <w:p w14:paraId="1DDBCC99" w14:textId="77777777" w:rsidR="006E25F9" w:rsidRDefault="006E25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8604698">
    <w:abstractNumId w:val="8"/>
  </w:num>
  <w:num w:numId="2" w16cid:durableId="2022660751">
    <w:abstractNumId w:val="6"/>
  </w:num>
  <w:num w:numId="3" w16cid:durableId="1300040652">
    <w:abstractNumId w:val="5"/>
  </w:num>
  <w:num w:numId="4" w16cid:durableId="89349840">
    <w:abstractNumId w:val="4"/>
  </w:num>
  <w:num w:numId="5" w16cid:durableId="864293762">
    <w:abstractNumId w:val="7"/>
  </w:num>
  <w:num w:numId="6" w16cid:durableId="218900031">
    <w:abstractNumId w:val="3"/>
  </w:num>
  <w:num w:numId="7" w16cid:durableId="1822965699">
    <w:abstractNumId w:val="2"/>
  </w:num>
  <w:num w:numId="8" w16cid:durableId="1219710309">
    <w:abstractNumId w:val="1"/>
  </w:num>
  <w:num w:numId="9" w16cid:durableId="873351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A01"/>
    <w:rsid w:val="00034616"/>
    <w:rsid w:val="00053861"/>
    <w:rsid w:val="0006063C"/>
    <w:rsid w:val="001256D9"/>
    <w:rsid w:val="00141D35"/>
    <w:rsid w:val="0015074B"/>
    <w:rsid w:val="00204CB0"/>
    <w:rsid w:val="0021183F"/>
    <w:rsid w:val="0029639D"/>
    <w:rsid w:val="00326F90"/>
    <w:rsid w:val="006E25F9"/>
    <w:rsid w:val="00AA1D8D"/>
    <w:rsid w:val="00B47730"/>
    <w:rsid w:val="00B86AAB"/>
    <w:rsid w:val="00CB0664"/>
    <w:rsid w:val="00D50EC3"/>
    <w:rsid w:val="00EF6FE1"/>
    <w:rsid w:val="00F561DC"/>
    <w:rsid w:val="00F8708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F59F38"/>
  <w14:defaultImageDpi w14:val="300"/>
  <w15:docId w15:val="{00251031-3276-46B0-A17B-DE5A43728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80" w:line="259" w:lineRule="auto"/>
    </w:pPr>
    <w:rPr>
      <w:rFonts w:ascii="Arial" w:hAnsi="Arial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/>
      <w:b/>
      <w:bCs/>
      <w:color w:val="2E7D32"/>
      <w:sz w:val="26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/>
      <w:b/>
      <w:bCs/>
      <w:color w:val="183A1D"/>
      <w:sz w:val="23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/>
      <w:contextualSpacing/>
    </w:pPr>
    <w:rPr>
      <w:rFonts w:asciiTheme="majorHAnsi" w:eastAsiaTheme="majorEastAsia" w:hAnsiTheme="majorHAnsi" w:cstheme="majorBidi"/>
      <w:b/>
      <w:color w:val="183A1D"/>
      <w:spacing w:val="5"/>
      <w:kern w:val="28"/>
      <w:sz w:val="38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F8708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870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1286</Words>
  <Characters>7336</Characters>
  <Application>Microsoft Office Word</Application>
  <DocSecurity>0</DocSecurity>
  <Lines>61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8605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Enrico Cancino</cp:lastModifiedBy>
  <cp:revision>6</cp:revision>
  <dcterms:created xsi:type="dcterms:W3CDTF">2013-12-23T23:15:00Z</dcterms:created>
  <dcterms:modified xsi:type="dcterms:W3CDTF">2026-08-31T15:00:00Z</dcterms:modified>
  <cp:category/>
</cp:coreProperties>
</file>